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media/image1.jpeg" ContentType="image/jpeg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1"/>
        <w:spacing w:before="0" w:after="143"/>
        <w:jc w:val="center"/>
        <w:rPr>
          <w:b/>
          <w:color w:val="000000"/>
          <w:sz w:val="20"/>
          <w:szCs w:val="20"/>
        </w:rPr>
      </w:pPr>
      <w:r>
        <w:rPr>
          <w:b/>
          <w:color w:val="000000"/>
        </w:rPr>
        <w:br/>
      </w:r>
      <w:r>
        <w:rPr>
          <w:b/>
          <w:color w:val="000000"/>
          <w:sz w:val="24"/>
          <w:szCs w:val="24"/>
        </w:rPr>
        <w:t>TÍTULO</w:t>
      </w:r>
      <w:r>
        <w:rPr>
          <w:b/>
          <w:color w:val="000000"/>
        </w:rPr>
        <w:t xml:space="preserve"> </w:t>
      </w:r>
      <w:r>
        <w:rPr>
          <w:b/>
          <w:color w:val="000000"/>
          <w:sz w:val="20"/>
          <w:szCs w:val="20"/>
        </w:rPr>
        <w:t>(letras maiúsculas, negrito, centralizado e no idioma do texto)</w:t>
      </w:r>
    </w:p>
    <w:p>
      <w:pPr>
        <w:pStyle w:val="normal1"/>
        <w:spacing w:before="0" w:after="143"/>
        <w:jc w:val="center"/>
        <w:rPr>
          <w:sz w:val="24"/>
          <w:szCs w:val="24"/>
        </w:rPr>
      </w:pPr>
      <w:r>
        <w:rPr>
          <w:b/>
          <w:color w:val="000000"/>
          <w:sz w:val="24"/>
          <w:szCs w:val="24"/>
        </w:rPr>
        <w:t>SUBTÍTULO/ÁREA</w:t>
      </w:r>
    </w:p>
    <w:p>
      <w:pPr>
        <w:pStyle w:val="Normal"/>
        <w:spacing w:before="0" w:after="14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AUTORES (ordem definitiva):</w:t>
      </w:r>
    </w:p>
    <w:p>
      <w:pPr>
        <w:pStyle w:val="Normal"/>
        <w:spacing w:before="0" w:after="14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ORCID(s):</w:t>
      </w:r>
      <w:r>
        <w:rPr>
          <w:rFonts w:ascii="Times New Roman" w:hAnsi="Times New Roman"/>
          <w:sz w:val="24"/>
          <w:szCs w:val="24"/>
        </w:rPr>
        <w:t xml:space="preserve"> </w:t>
      </w:r>
    </w:p>
    <w:p>
      <w:pPr>
        <w:pStyle w:val="Normal"/>
        <w:spacing w:before="0" w:after="14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Afiliação(ões):</w:t>
      </w:r>
    </w:p>
    <w:p>
      <w:pPr>
        <w:pStyle w:val="Normal"/>
        <w:spacing w:before="0" w:after="14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E-mail(s):</w:t>
      </w:r>
    </w:p>
    <w:p>
      <w:pPr>
        <w:pStyle w:val="Normal"/>
        <w:spacing w:before="0" w:after="14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Autor correspondente:</w:t>
      </w:r>
    </w:p>
    <w:p>
      <w:pPr>
        <w:pStyle w:val="Normal"/>
        <w:spacing w:before="0" w:after="14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Financiamento(s):</w:t>
      </w:r>
      <w:r>
        <w:rPr>
          <w:rFonts w:ascii="Times New Roman" w:hAnsi="Times New Roman"/>
          <w:sz w:val="24"/>
          <w:szCs w:val="24"/>
        </w:rPr>
        <w:t xml:space="preserve"> </w:t>
      </w:r>
    </w:p>
    <w:p>
      <w:pPr>
        <w:pStyle w:val="Normal"/>
        <w:spacing w:before="0" w:after="143"/>
        <w:rPr>
          <w:rFonts w:ascii="Times New Roman" w:hAnsi="Times New Roman" w:eastAsia="Times New Roman" w:cs="Times New Roman"/>
          <w:b/>
          <w:i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color w:val="000000"/>
          <w:spacing w:val="0"/>
          <w:sz w:val="24"/>
          <w:szCs w:val="24"/>
        </w:rPr>
        <w:t>Conflito(s) de interesse:</w:t>
      </w:r>
    </w:p>
    <w:p>
      <w:pPr>
        <w:pStyle w:val="Normal"/>
        <w:spacing w:before="0" w:after="143"/>
        <w:rPr>
          <w:rFonts w:ascii="Times New Roman" w:hAnsi="Times New Roman" w:eastAsia="Times New Roman" w:cs="Times New Roman"/>
          <w:b/>
          <w:i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color w:val="000000"/>
          <w:spacing w:val="0"/>
          <w:sz w:val="24"/>
          <w:szCs w:val="24"/>
        </w:rPr>
        <w:t>Agradecimentos:</w:t>
      </w:r>
    </w:p>
    <w:p>
      <w:pPr>
        <w:pStyle w:val="normal1"/>
        <w:keepNext w:val="false"/>
        <w:keepLines w:val="false"/>
        <w:widowControl/>
        <w:pBdr/>
        <w:shd w:val="clear" w:fill="auto"/>
        <w:spacing w:lineRule="auto" w:line="240" w:before="0" w:after="0"/>
        <w:ind w:hanging="0" w:left="0" w:right="0"/>
        <w:jc w:val="both"/>
        <w:rPr>
          <w:rFonts w:ascii="Times New Roman" w:hAnsi="Times New Roman" w:eastAsia="Times New Roman" w:cs="Times New Roman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b/>
          <w:color w:val="000000"/>
        </w:rPr>
      </w:r>
    </w:p>
    <w:p>
      <w:pPr>
        <w:pStyle w:val="normal1"/>
        <w:widowControl/>
        <w:pBdr/>
        <w:shd w:val="clear" w:fill="auto"/>
        <w:spacing w:lineRule="auto" w:line="240" w:before="0" w:after="0"/>
        <w:ind w:hanging="0" w:left="0" w:right="0"/>
        <w:jc w:val="both"/>
        <w:rPr>
          <w:rFonts w:ascii="Times New Roman" w:hAnsi="Times New Roman" w:eastAsia="Times New Roman" w:cs="Times New Roman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b/>
          <w:color w:val="000000"/>
        </w:rPr>
      </w:r>
    </w:p>
    <w:p>
      <w:pPr>
        <w:pStyle w:val="normal1"/>
        <w:widowControl/>
        <w:pBdr/>
        <w:shd w:val="clear" w:fill="auto"/>
        <w:spacing w:lineRule="auto" w:line="240" w:before="0" w:after="0"/>
        <w:ind w:hanging="0" w:left="0" w:right="0"/>
        <w:jc w:val="both"/>
        <w:rPr>
          <w:rFonts w:ascii="Times New Roman" w:hAnsi="Times New Roman" w:eastAsia="Times New Roman" w:cs="Times New Roman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b/>
          <w:color w:val="000000"/>
        </w:rPr>
        <w:br/>
        <w:t>Formatação exigida:</w:t>
      </w:r>
    </w:p>
    <w:p>
      <w:pPr>
        <w:pStyle w:val="normal1"/>
        <w:spacing w:before="0" w:after="200"/>
        <w:rPr>
          <w:color w:val="000000"/>
        </w:rPr>
      </w:pPr>
      <w:r>
        <w:rPr>
          <w:color w:val="000000"/>
        </w:rPr>
        <w:t>- Papel: A4</w:t>
        <w:br/>
        <w:t>- Margens: superior 3 cm; inferior 2 cm; esquerda 3 cm; direita 2 cm</w:t>
        <w:br/>
        <w:t>- Fonte: Times New Roman, tamanho 12</w:t>
        <w:br/>
        <w:t>- Espaçamento: 1,5 entre linhas</w:t>
        <w:br/>
        <w:t>- Texto: justificado</w:t>
        <w:br/>
        <w:t>- Sem numeração de páginas</w:t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type w:val="nextPage"/>
      <w:pgSz w:w="12240" w:h="15840"/>
      <w:pgMar w:left="1701" w:right="1134" w:gutter="0" w:header="1701" w:top="2237" w:footer="1134" w:bottom="1947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ourier">
    <w:altName w:val="Courier New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Times New Roman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1"/>
      <w:spacing w:before="0" w:after="200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1"/>
      <w:spacing w:lineRule="auto" w:line="240" w:before="0" w:after="0"/>
      <w:jc w:val="center"/>
      <w:rPr>
        <w:b/>
        <w:color w:val="666666"/>
        <w:sz w:val="20"/>
        <w:szCs w:val="20"/>
      </w:rPr>
    </w:pPr>
    <w:r>
      <w:rPr/>
    </w:r>
  </w:p>
  <w:p>
    <w:pPr>
      <w:pStyle w:val="normal1"/>
      <w:spacing w:lineRule="auto" w:line="240" w:before="0" w:after="0"/>
      <w:jc w:val="center"/>
      <w:rPr>
        <w:b/>
        <w:sz w:val="20"/>
        <w:szCs w:val="20"/>
      </w:rPr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1"/>
      <w:spacing w:lineRule="auto" w:line="240" w:before="0" w:after="0"/>
      <w:jc w:val="center"/>
      <w:rPr>
        <w:b/>
        <w:color w:val="666666"/>
        <w:sz w:val="20"/>
        <w:szCs w:val="20"/>
      </w:rPr>
    </w:pPr>
    <w:r>
      <w:rPr/>
    </w:r>
  </w:p>
  <w:p>
    <w:pPr>
      <w:pStyle w:val="normal1"/>
      <w:spacing w:lineRule="auto" w:line="240" w:before="0" w:after="0"/>
      <w:jc w:val="center"/>
      <w:rPr>
        <w:b/>
        <w:sz w:val="20"/>
        <w:szCs w:val="20"/>
      </w:rPr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1"/>
      <w:spacing w:before="0" w:after="200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1"/>
      <w:keepNext w:val="false"/>
      <w:keepLines w:val="false"/>
      <w:pageBreakBefore w:val="false"/>
      <w:widowControl/>
      <w:pBdr/>
      <w:shd w:val="clear" w:fill="auto"/>
      <w:tabs>
        <w:tab w:val="clear" w:pos="720"/>
        <w:tab w:val="center" w:pos="4680" w:leader="none"/>
        <w:tab w:val="right" w:pos="9360" w:leader="none"/>
      </w:tabs>
      <w:spacing w:lineRule="auto" w:line="240" w:before="0" w:after="0"/>
      <w:ind w:hanging="0" w:left="0" w:right="0"/>
      <w:jc w:val="left"/>
      <w:rPr>
        <w:rFonts w:ascii="Times New Roman" w:hAnsi="Times New Roman" w:eastAsia="Times New Roman" w:cs="Times New Roman"/>
        <w:b w:val="false"/>
        <w:i w:val="false"/>
        <w:i w:val="false"/>
        <w:caps w:val="false"/>
        <w:smallCaps w:val="false"/>
        <w:strike w:val="false"/>
        <w:dstrike w:val="false"/>
        <w:color w:val="000000"/>
        <w:position w:val="0"/>
        <w:sz w:val="22"/>
        <w:sz w:val="22"/>
        <w:szCs w:val="22"/>
        <w:u w:val="none"/>
        <w:shd w:fill="auto" w:val="clear"/>
        <w:vertAlign w:val="baseline"/>
      </w:rPr>
    </w:pPr>
    <w:r>
      <w:rPr>
        <w:rFonts w:eastAsia="Times New Roman" w:cs="Times New Roman"/>
        <w:b w:val="false"/>
        <w:i w:val="false"/>
        <w:caps w:val="false"/>
        <w:smallCaps w:val="false"/>
        <w:strike w:val="false"/>
        <w:dstrike w:val="false"/>
        <w:color w:val="000000"/>
        <w:position w:val="0"/>
        <w:sz w:val="22"/>
        <w:sz w:val="22"/>
        <w:szCs w:val="22"/>
        <w:u w:val="none"/>
        <w:shd w:fill="auto" w:val="clear"/>
        <w:vertAlign w:val="baseline"/>
      </w:rPr>
      <w:drawing>
        <wp:anchor behindDoc="1" distT="0" distB="0" distL="0" distR="0" simplePos="0" locked="0" layoutInCell="1" allowOverlap="1" relativeHeight="2">
          <wp:simplePos x="0" y="0"/>
          <wp:positionH relativeFrom="column">
            <wp:posOffset>-704850</wp:posOffset>
          </wp:positionH>
          <wp:positionV relativeFrom="paragraph">
            <wp:posOffset>-930910</wp:posOffset>
          </wp:positionV>
          <wp:extent cx="7019925" cy="9944100"/>
          <wp:effectExtent l="0" t="0" r="0" b="0"/>
          <wp:wrapNone/>
          <wp:docPr id="1" name="image1.jp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jpg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019925" cy="99441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1"/>
      <w:keepNext w:val="false"/>
      <w:keepLines w:val="false"/>
      <w:pageBreakBefore w:val="false"/>
      <w:widowControl/>
      <w:pBdr/>
      <w:shd w:val="clear" w:fill="auto"/>
      <w:tabs>
        <w:tab w:val="clear" w:pos="720"/>
        <w:tab w:val="center" w:pos="4680" w:leader="none"/>
        <w:tab w:val="right" w:pos="9360" w:leader="none"/>
      </w:tabs>
      <w:spacing w:lineRule="auto" w:line="240" w:before="0" w:after="0"/>
      <w:ind w:hanging="0" w:left="0" w:right="0"/>
      <w:jc w:val="left"/>
      <w:rPr>
        <w:rFonts w:ascii="Times New Roman" w:hAnsi="Times New Roman" w:eastAsia="Times New Roman" w:cs="Times New Roman"/>
        <w:b w:val="false"/>
        <w:i w:val="false"/>
        <w:i w:val="false"/>
        <w:caps w:val="false"/>
        <w:smallCaps w:val="false"/>
        <w:strike w:val="false"/>
        <w:dstrike w:val="false"/>
        <w:color w:val="000000"/>
        <w:position w:val="0"/>
        <w:sz w:val="22"/>
        <w:sz w:val="22"/>
        <w:szCs w:val="22"/>
        <w:u w:val="none"/>
        <w:shd w:fill="auto" w:val="clear"/>
        <w:vertAlign w:val="baseline"/>
      </w:rPr>
    </w:pPr>
    <w:r>
      <w:rPr>
        <w:rFonts w:eastAsia="Times New Roman" w:cs="Times New Roman"/>
        <w:b w:val="false"/>
        <w:i w:val="false"/>
        <w:caps w:val="false"/>
        <w:smallCaps w:val="false"/>
        <w:strike w:val="false"/>
        <w:dstrike w:val="false"/>
        <w:color w:val="000000"/>
        <w:position w:val="0"/>
        <w:sz w:val="22"/>
        <w:sz w:val="22"/>
        <w:szCs w:val="22"/>
        <w:u w:val="none"/>
        <w:shd w:fill="auto" w:val="clear"/>
        <w:vertAlign w:val="baseline"/>
      </w:rPr>
      <w:drawing>
        <wp:anchor behindDoc="1" distT="0" distB="0" distL="0" distR="0" simplePos="0" locked="0" layoutInCell="1" allowOverlap="1" relativeHeight="2">
          <wp:simplePos x="0" y="0"/>
          <wp:positionH relativeFrom="column">
            <wp:posOffset>-704850</wp:posOffset>
          </wp:positionH>
          <wp:positionV relativeFrom="paragraph">
            <wp:posOffset>-930910</wp:posOffset>
          </wp:positionV>
          <wp:extent cx="7019925" cy="9944100"/>
          <wp:effectExtent l="0" t="0" r="0" b="0"/>
          <wp:wrapNone/>
          <wp:docPr id="2" name="image1.jp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g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019925" cy="99441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SimSun" w:cs="Lucida Sans"/>
        <w:sz w:val="22"/>
        <w:szCs w:val="22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  <w:spacing w:lineRule="auto" w:line="276" w:before="0" w:after="200"/>
      <w:jc w:val="left"/>
    </w:pPr>
    <w:rPr>
      <w:rFonts w:ascii="Times New Roman" w:hAnsi="Times New Roman" w:eastAsia="NSimSun" w:cs="Lucida Sans"/>
      <w:color w:val="auto"/>
      <w:kern w:val="0"/>
      <w:sz w:val="22"/>
      <w:szCs w:val="22"/>
      <w:lang w:val="en-US" w:eastAsia="zh-CN" w:bidi="hi-IN"/>
    </w:rPr>
  </w:style>
  <w:style w:type="paragraph" w:styleId="Heading1">
    <w:name w:val="heading 1"/>
    <w:basedOn w:val="normal1"/>
    <w:next w:val="normal1"/>
    <w:qFormat/>
    <w:pPr>
      <w:keepNext w:val="true"/>
      <w:keepLines/>
      <w:spacing w:lineRule="auto" w:line="240" w:before="480" w:after="0"/>
    </w:pPr>
    <w:rPr>
      <w:rFonts w:ascii="Calibri" w:hAnsi="Calibri" w:eastAsia="Calibri" w:cs="Calibri"/>
      <w:b/>
      <w:color w:val="366091"/>
      <w:sz w:val="28"/>
      <w:szCs w:val="28"/>
    </w:rPr>
  </w:style>
  <w:style w:type="paragraph" w:styleId="Heading2">
    <w:name w:val="heading 2"/>
    <w:basedOn w:val="normal1"/>
    <w:next w:val="normal1"/>
    <w:qFormat/>
    <w:pPr>
      <w:keepNext w:val="true"/>
      <w:keepLines/>
      <w:spacing w:lineRule="auto" w:line="240" w:before="200" w:after="0"/>
    </w:pPr>
    <w:rPr>
      <w:rFonts w:ascii="Calibri" w:hAnsi="Calibri" w:eastAsia="Calibri" w:cs="Calibri"/>
      <w:b/>
      <w:color w:val="4F81BD"/>
      <w:sz w:val="26"/>
      <w:szCs w:val="26"/>
    </w:rPr>
  </w:style>
  <w:style w:type="paragraph" w:styleId="Heading3">
    <w:name w:val="heading 3"/>
    <w:basedOn w:val="normal1"/>
    <w:next w:val="normal1"/>
    <w:qFormat/>
    <w:pPr>
      <w:keepNext w:val="true"/>
      <w:keepLines/>
      <w:spacing w:lineRule="auto" w:line="240" w:before="200" w:after="0"/>
    </w:pPr>
    <w:rPr>
      <w:rFonts w:ascii="Calibri" w:hAnsi="Calibri" w:eastAsia="Calibri" w:cs="Calibri"/>
      <w:b/>
      <w:color w:val="4F81BD"/>
    </w:rPr>
  </w:style>
  <w:style w:type="paragraph" w:styleId="Heading4">
    <w:name w:val="heading 4"/>
    <w:basedOn w:val="normal1"/>
    <w:next w:val="normal1"/>
    <w:qFormat/>
    <w:pPr>
      <w:keepNext w:val="true"/>
      <w:keepLines/>
      <w:spacing w:lineRule="auto" w:line="240" w:before="200" w:after="0"/>
    </w:pPr>
    <w:rPr>
      <w:rFonts w:ascii="Calibri" w:hAnsi="Calibri" w:eastAsia="Calibri" w:cs="Calibri"/>
      <w:b/>
      <w:i/>
      <w:color w:val="4F81BD"/>
    </w:rPr>
  </w:style>
  <w:style w:type="paragraph" w:styleId="Heading5">
    <w:name w:val="heading 5"/>
    <w:basedOn w:val="normal1"/>
    <w:next w:val="normal1"/>
    <w:qFormat/>
    <w:pPr>
      <w:keepNext w:val="true"/>
      <w:keepLines/>
      <w:spacing w:lineRule="auto" w:line="240" w:before="200" w:after="0"/>
    </w:pPr>
    <w:rPr>
      <w:rFonts w:ascii="Calibri" w:hAnsi="Calibri" w:eastAsia="Calibri" w:cs="Calibri"/>
      <w:color w:val="243F61"/>
    </w:rPr>
  </w:style>
  <w:style w:type="paragraph" w:styleId="Heading6">
    <w:name w:val="heading 6"/>
    <w:basedOn w:val="normal1"/>
    <w:next w:val="normal1"/>
    <w:qFormat/>
    <w:pPr>
      <w:keepNext w:val="true"/>
      <w:keepLines/>
      <w:spacing w:lineRule="auto" w:line="240" w:before="200" w:after="0"/>
    </w:pPr>
    <w:rPr>
      <w:rFonts w:ascii="Calibri" w:hAnsi="Calibri" w:eastAsia="Calibri" w:cs="Calibri"/>
      <w:i/>
      <w:color w:val="243F61"/>
    </w:rPr>
  </w:style>
  <w:style w:type="paragraph" w:styleId="Heading7">
    <w:name w:val="heading 7"/>
    <w:basedOn w:val="normal1"/>
    <w:next w:val="normal1"/>
    <w:link w:val="Ttulo7Char"/>
    <w:uiPriority w:val="9"/>
    <w:semiHidden/>
    <w:unhideWhenUsed/>
    <w:qFormat/>
    <w:rsid w:val="00fc693f"/>
    <w:pPr>
      <w:keepNext w:val="true"/>
      <w:keepLines/>
      <w:spacing w:before="200" w:after="0"/>
      <w:outlineLvl w:val="6"/>
    </w:pPr>
    <w:rPr>
      <w:rFonts w:ascii="Calibri" w:hAnsi="Calibri" w:eastAsia="" w:cs="" w:asciiTheme="majorHAnsi" w:cstheme="majorBidi" w:eastAsiaTheme="majorEastAsia" w:hAnsiTheme="majorHAnsi"/>
      <w:i/>
      <w:iCs/>
      <w:color w:themeColor="text1" w:themeTint="bf" w:val="404040"/>
    </w:rPr>
  </w:style>
  <w:style w:type="paragraph" w:styleId="Heading8">
    <w:name w:val="heading 8"/>
    <w:basedOn w:val="normal1"/>
    <w:next w:val="normal1"/>
    <w:link w:val="Ttulo8Char"/>
    <w:uiPriority w:val="9"/>
    <w:semiHidden/>
    <w:unhideWhenUsed/>
    <w:qFormat/>
    <w:rsid w:val="00fc693f"/>
    <w:pPr>
      <w:keepNext w:val="true"/>
      <w:keepLines/>
      <w:spacing w:before="200" w:after="0"/>
      <w:outlineLvl w:val="7"/>
    </w:pPr>
    <w:rPr>
      <w:rFonts w:ascii="Calibri" w:hAnsi="Calibri" w:eastAsia="" w:cs="" w:asciiTheme="majorHAnsi" w:cstheme="majorBidi" w:eastAsiaTheme="majorEastAsia" w:hAnsiTheme="majorHAnsi"/>
      <w:color w:themeColor="accent1" w:val="4F81BD"/>
      <w:sz w:val="20"/>
      <w:szCs w:val="20"/>
    </w:rPr>
  </w:style>
  <w:style w:type="paragraph" w:styleId="Heading9">
    <w:name w:val="heading 9"/>
    <w:basedOn w:val="normal1"/>
    <w:next w:val="normal1"/>
    <w:link w:val="Ttulo9Char"/>
    <w:uiPriority w:val="9"/>
    <w:semiHidden/>
    <w:unhideWhenUsed/>
    <w:qFormat/>
    <w:rsid w:val="00fc693f"/>
    <w:pPr>
      <w:keepNext w:val="true"/>
      <w:keepLines/>
      <w:spacing w:before="200" w:after="0"/>
      <w:outlineLvl w:val="8"/>
    </w:pPr>
    <w:rPr>
      <w:rFonts w:ascii="Calibri" w:hAnsi="Calibri" w:eastAsia="" w:cs="" w:asciiTheme="majorHAnsi" w:cstheme="majorBidi" w:eastAsiaTheme="majorEastAsia" w:hAnsiTheme="majorHAnsi"/>
      <w:i/>
      <w:iCs/>
      <w:color w:themeColor="text1" w:themeTint="bf" w:val="404040"/>
      <w:sz w:val="20"/>
      <w:szCs w:val="20"/>
    </w:rPr>
  </w:style>
  <w:style w:type="character" w:styleId="DefaultParagraphFont" w:default="1">
    <w:name w:val="Default Paragraph Font"/>
    <w:uiPriority w:val="1"/>
    <w:unhideWhenUsed/>
    <w:qFormat/>
    <w:rPr/>
  </w:style>
  <w:style w:type="character" w:styleId="CabealhoChar" w:customStyle="1">
    <w:name w:val="Cabeçalho Char"/>
    <w:basedOn w:val="DefaultParagraphFont"/>
    <w:uiPriority w:val="99"/>
    <w:qFormat/>
    <w:rsid w:val="00e618bf"/>
    <w:rPr/>
  </w:style>
  <w:style w:type="character" w:styleId="RodapChar" w:customStyle="1">
    <w:name w:val="Rodapé Char"/>
    <w:basedOn w:val="DefaultParagraphFont"/>
    <w:uiPriority w:val="99"/>
    <w:qFormat/>
    <w:rsid w:val="00e618bf"/>
    <w:rPr/>
  </w:style>
  <w:style w:type="character" w:styleId="Ttulo1Char" w:customStyle="1">
    <w:name w:val="Título 1 Char"/>
    <w:basedOn w:val="DefaultParagraphFont"/>
    <w:uiPriority w:val="9"/>
    <w:qFormat/>
    <w:rsid w:val="00fc693f"/>
    <w:rPr>
      <w:rFonts w:ascii="Calibri" w:hAnsi="Calibri" w:eastAsia="" w:cs="" w:asciiTheme="majorHAnsi" w:cstheme="majorBidi" w:eastAsiaTheme="majorEastAsia" w:hAnsiTheme="majorHAnsi"/>
      <w:b/>
      <w:bCs/>
      <w:color w:themeColor="accent1" w:themeShade="bf" w:val="365F91"/>
      <w:sz w:val="28"/>
      <w:szCs w:val="28"/>
    </w:rPr>
  </w:style>
  <w:style w:type="character" w:styleId="Ttulo2Char" w:customStyle="1">
    <w:name w:val="Título 2 Char"/>
    <w:basedOn w:val="DefaultParagraphFont"/>
    <w:uiPriority w:val="9"/>
    <w:qFormat/>
    <w:rsid w:val="00fc693f"/>
    <w:rPr>
      <w:rFonts w:ascii="Calibri" w:hAnsi="Calibri" w:eastAsia="" w:cs="" w:asciiTheme="majorHAnsi" w:cstheme="majorBidi" w:eastAsiaTheme="majorEastAsia" w:hAnsiTheme="majorHAnsi"/>
      <w:b/>
      <w:bCs/>
      <w:color w:themeColor="accent1" w:val="4F81BD"/>
      <w:sz w:val="26"/>
      <w:szCs w:val="26"/>
    </w:rPr>
  </w:style>
  <w:style w:type="character" w:styleId="Ttulo3Char" w:customStyle="1">
    <w:name w:val="Título 3 Char"/>
    <w:basedOn w:val="DefaultParagraphFont"/>
    <w:uiPriority w:val="9"/>
    <w:qFormat/>
    <w:rsid w:val="00fc693f"/>
    <w:rPr>
      <w:rFonts w:ascii="Calibri" w:hAnsi="Calibri" w:eastAsia="" w:cs="" w:asciiTheme="majorHAnsi" w:cstheme="majorBidi" w:eastAsiaTheme="majorEastAsia" w:hAnsiTheme="majorHAnsi"/>
      <w:b/>
      <w:bCs/>
      <w:color w:themeColor="accent1" w:val="4F81BD"/>
    </w:rPr>
  </w:style>
  <w:style w:type="character" w:styleId="TtuloChar" w:customStyle="1">
    <w:name w:val="Título Char"/>
    <w:basedOn w:val="DefaultParagraphFont"/>
    <w:uiPriority w:val="10"/>
    <w:qFormat/>
    <w:rsid w:val="00fc693f"/>
    <w:rPr>
      <w:rFonts w:ascii="Calibri" w:hAnsi="Calibri" w:eastAsia="" w:cs="" w:asciiTheme="majorHAnsi" w:cstheme="majorBidi" w:eastAsiaTheme="majorEastAsia" w:hAnsiTheme="majorHAnsi"/>
      <w:color w:themeColor="text2" w:themeShade="bf" w:val="17365D"/>
      <w:spacing w:val="5"/>
      <w:kern w:val="2"/>
      <w:sz w:val="52"/>
      <w:szCs w:val="52"/>
    </w:rPr>
  </w:style>
  <w:style w:type="character" w:styleId="SubttuloChar" w:customStyle="1">
    <w:name w:val="Subtítulo Char"/>
    <w:basedOn w:val="DefaultParagraphFont"/>
    <w:uiPriority w:val="11"/>
    <w:qFormat/>
    <w:rsid w:val="00fc693f"/>
    <w:rPr>
      <w:rFonts w:ascii="Calibri" w:hAnsi="Calibri" w:eastAsia="" w:cs="" w:asciiTheme="majorHAnsi" w:cstheme="majorBidi" w:eastAsiaTheme="majorEastAsia" w:hAnsiTheme="majorHAnsi"/>
      <w:i/>
      <w:iCs/>
      <w:color w:themeColor="accent1" w:val="4F81BD"/>
      <w:spacing w:val="15"/>
      <w:sz w:val="24"/>
      <w:szCs w:val="24"/>
    </w:rPr>
  </w:style>
  <w:style w:type="character" w:styleId="CorpodetextoChar" w:customStyle="1">
    <w:name w:val="Corpo de texto Char"/>
    <w:basedOn w:val="DefaultParagraphFont"/>
    <w:uiPriority w:val="99"/>
    <w:qFormat/>
    <w:rsid w:val="00aa1d8d"/>
    <w:rPr/>
  </w:style>
  <w:style w:type="character" w:styleId="Corpodetexto2Char" w:customStyle="1">
    <w:name w:val="Corpo de texto 2 Char"/>
    <w:basedOn w:val="DefaultParagraphFont"/>
    <w:link w:val="BodyText2"/>
    <w:uiPriority w:val="99"/>
    <w:qFormat/>
    <w:rsid w:val="00aa1d8d"/>
    <w:rPr/>
  </w:style>
  <w:style w:type="character" w:styleId="Corpodetexto3Char" w:customStyle="1">
    <w:name w:val="Corpo de texto 3 Char"/>
    <w:basedOn w:val="DefaultParagraphFont"/>
    <w:link w:val="BodyText3"/>
    <w:uiPriority w:val="99"/>
    <w:qFormat/>
    <w:rsid w:val="00aa1d8d"/>
    <w:rPr>
      <w:sz w:val="16"/>
      <w:szCs w:val="16"/>
    </w:rPr>
  </w:style>
  <w:style w:type="character" w:styleId="TextodemacroChar" w:customStyle="1">
    <w:name w:val="Texto de macro Char"/>
    <w:basedOn w:val="DefaultParagraphFont"/>
    <w:link w:val="MacroText"/>
    <w:uiPriority w:val="99"/>
    <w:qFormat/>
    <w:rsid w:val="0029639d"/>
    <w:rPr>
      <w:rFonts w:ascii="Courier" w:hAnsi="Courier"/>
      <w:sz w:val="20"/>
      <w:szCs w:val="20"/>
    </w:rPr>
  </w:style>
  <w:style w:type="character" w:styleId="CitaoChar" w:customStyle="1">
    <w:name w:val="Citação Char"/>
    <w:basedOn w:val="DefaultParagraphFont"/>
    <w:link w:val="Quote"/>
    <w:uiPriority w:val="29"/>
    <w:qFormat/>
    <w:rsid w:val="00fc693f"/>
    <w:rPr>
      <w:i/>
      <w:iCs/>
      <w:color w:themeColor="text1" w:val="000000"/>
    </w:rPr>
  </w:style>
  <w:style w:type="character" w:styleId="Ttulo4Char" w:customStyle="1">
    <w:name w:val="Título 4 Char"/>
    <w:basedOn w:val="DefaultParagraphFont"/>
    <w:uiPriority w:val="9"/>
    <w:semiHidden/>
    <w:qFormat/>
    <w:rsid w:val="00fc693f"/>
    <w:rPr>
      <w:rFonts w:ascii="Calibri" w:hAnsi="Calibri" w:eastAsia="" w:cs="" w:asciiTheme="majorHAnsi" w:cstheme="majorBidi" w:eastAsiaTheme="majorEastAsia" w:hAnsiTheme="majorHAnsi"/>
      <w:b/>
      <w:bCs/>
      <w:i/>
      <w:iCs/>
      <w:color w:themeColor="accent1" w:val="4F81BD"/>
    </w:rPr>
  </w:style>
  <w:style w:type="character" w:styleId="Ttulo5Char" w:customStyle="1">
    <w:name w:val="Título 5 Char"/>
    <w:basedOn w:val="DefaultParagraphFont"/>
    <w:uiPriority w:val="9"/>
    <w:semiHidden/>
    <w:qFormat/>
    <w:rsid w:val="00fc693f"/>
    <w:rPr>
      <w:rFonts w:ascii="Calibri" w:hAnsi="Calibri" w:eastAsia="" w:cs="" w:asciiTheme="majorHAnsi" w:cstheme="majorBidi" w:eastAsiaTheme="majorEastAsia" w:hAnsiTheme="majorHAnsi"/>
      <w:color w:themeColor="accent1" w:themeShade="7f" w:val="243F60"/>
    </w:rPr>
  </w:style>
  <w:style w:type="character" w:styleId="Ttulo6Char" w:customStyle="1">
    <w:name w:val="Título 6 Char"/>
    <w:basedOn w:val="DefaultParagraphFont"/>
    <w:uiPriority w:val="9"/>
    <w:semiHidden/>
    <w:qFormat/>
    <w:rsid w:val="00fc693f"/>
    <w:rPr>
      <w:rFonts w:ascii="Calibri" w:hAnsi="Calibri" w:eastAsia="" w:cs="" w:asciiTheme="majorHAnsi" w:cstheme="majorBidi" w:eastAsiaTheme="majorEastAsia" w:hAnsiTheme="majorHAnsi"/>
      <w:i/>
      <w:iCs/>
      <w:color w:themeColor="accent1" w:themeShade="7f" w:val="243F60"/>
    </w:rPr>
  </w:style>
  <w:style w:type="character" w:styleId="Ttulo7Char" w:customStyle="1">
    <w:name w:val="Título 7 Char"/>
    <w:basedOn w:val="DefaultParagraphFont"/>
    <w:uiPriority w:val="9"/>
    <w:semiHidden/>
    <w:qFormat/>
    <w:rsid w:val="00fc693f"/>
    <w:rPr>
      <w:rFonts w:ascii="Calibri" w:hAnsi="Calibri" w:eastAsia="" w:cs="" w:asciiTheme="majorHAnsi" w:cstheme="majorBidi" w:eastAsiaTheme="majorEastAsia" w:hAnsiTheme="majorHAnsi"/>
      <w:i/>
      <w:iCs/>
      <w:color w:themeColor="text1" w:themeTint="bf" w:val="404040"/>
    </w:rPr>
  </w:style>
  <w:style w:type="character" w:styleId="Ttulo8Char" w:customStyle="1">
    <w:name w:val="Título 8 Char"/>
    <w:basedOn w:val="DefaultParagraphFont"/>
    <w:uiPriority w:val="9"/>
    <w:semiHidden/>
    <w:qFormat/>
    <w:rsid w:val="00fc693f"/>
    <w:rPr>
      <w:rFonts w:ascii="Calibri" w:hAnsi="Calibri" w:eastAsia="" w:cs="" w:asciiTheme="majorHAnsi" w:cstheme="majorBidi" w:eastAsiaTheme="majorEastAsia" w:hAnsiTheme="majorHAnsi"/>
      <w:color w:themeColor="accent1" w:val="4F81BD"/>
      <w:sz w:val="20"/>
      <w:szCs w:val="20"/>
    </w:rPr>
  </w:style>
  <w:style w:type="character" w:styleId="Ttulo9Char" w:customStyle="1">
    <w:name w:val="Título 9 Char"/>
    <w:basedOn w:val="DefaultParagraphFont"/>
    <w:uiPriority w:val="9"/>
    <w:semiHidden/>
    <w:qFormat/>
    <w:rsid w:val="00fc693f"/>
    <w:rPr>
      <w:rFonts w:ascii="Calibri" w:hAnsi="Calibri" w:eastAsia="" w:cs="" w:asciiTheme="majorHAnsi" w:cstheme="majorBidi" w:eastAsiaTheme="majorEastAsia" w:hAnsiTheme="majorHAnsi"/>
      <w:i/>
      <w:iCs/>
      <w:color w:themeColor="text1" w:themeTint="bf" w:val="404040"/>
      <w:sz w:val="20"/>
      <w:szCs w:val="20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character" w:styleId="CitaoIntensaChar" w:customStyle="1">
    <w:name w:val="Citação Intensa Char"/>
    <w:basedOn w:val="DefaultParagraphFont"/>
    <w:link w:val="IntenseQuote"/>
    <w:uiPriority w:val="30"/>
    <w:qFormat/>
    <w:rsid w:val="00fc693f"/>
    <w:rPr>
      <w:b/>
      <w:bCs/>
      <w:i/>
      <w:iCs/>
      <w:color w:themeColor="accent1" w:val="4F81BD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themeColor="text1" w:themeTint="7f" w:val="808080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themeColor="accent1" w:val="4F81BD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themeColor="accent2" w:val="C0504D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themeColor="accent2" w:val="C0504D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tulo" w:customStyle="1">
    <w:name w:val="Título"/>
    <w:basedOn w:val="normal1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1"/>
    <w:link w:val="CorpodetextoChar"/>
    <w:uiPriority w:val="99"/>
    <w:unhideWhenUsed/>
    <w:rsid w:val="00aa1d8d"/>
    <w:pPr>
      <w:spacing w:before="0" w:after="120"/>
    </w:pPr>
    <w:rPr/>
  </w:style>
  <w:style w:type="paragraph" w:styleId="List">
    <w:name w:val="List"/>
    <w:basedOn w:val="normal1"/>
    <w:uiPriority w:val="99"/>
    <w:unhideWhenUsed/>
    <w:rsid w:val="00aa1d8d"/>
    <w:pPr>
      <w:spacing w:before="0" w:after="200"/>
      <w:ind w:hanging="360" w:left="360"/>
      <w:contextualSpacing/>
    </w:pPr>
    <w:rPr/>
  </w:style>
  <w:style w:type="paragraph" w:styleId="Caption">
    <w:name w:val="caption"/>
    <w:basedOn w:val="normal1"/>
    <w:next w:val="normal1"/>
    <w:uiPriority w:val="35"/>
    <w:semiHidden/>
    <w:unhideWhenUsed/>
    <w:qFormat/>
    <w:rsid w:val="00fc693f"/>
    <w:pPr>
      <w:spacing w:lineRule="auto" w:line="240"/>
    </w:pPr>
    <w:rPr>
      <w:b/>
      <w:bCs/>
      <w:color w:themeColor="accent1" w:val="4F81BD"/>
      <w:sz w:val="18"/>
      <w:szCs w:val="18"/>
    </w:rPr>
  </w:style>
  <w:style w:type="paragraph" w:styleId="ndice" w:customStyle="1">
    <w:name w:val="Índice"/>
    <w:basedOn w:val="normal1"/>
    <w:qFormat/>
    <w:pPr>
      <w:suppressLineNumbers/>
    </w:pPr>
    <w:rPr>
      <w:rFonts w:cs="Lucida Sans"/>
    </w:rPr>
  </w:style>
  <w:style w:type="paragraph" w:styleId="normal1" w:default="1">
    <w:name w:val="normal1"/>
    <w:qFormat/>
    <w:pPr>
      <w:widowControl/>
      <w:bidi w:val="0"/>
      <w:spacing w:lineRule="auto" w:line="276" w:before="0" w:after="200"/>
      <w:jc w:val="left"/>
    </w:pPr>
    <w:rPr>
      <w:rFonts w:ascii="Times New Roman" w:hAnsi="Times New Roman" w:eastAsia="NSimSun" w:cs="Lucida Sans"/>
      <w:color w:val="auto"/>
      <w:kern w:val="0"/>
      <w:sz w:val="22"/>
      <w:szCs w:val="22"/>
      <w:lang w:val="en-US" w:eastAsia="zh-CN" w:bidi="hi-IN"/>
    </w:rPr>
  </w:style>
  <w:style w:type="paragraph" w:styleId="Title">
    <w:name w:val="Title"/>
    <w:basedOn w:val="normal1"/>
    <w:next w:val="normal1"/>
    <w:qFormat/>
    <w:pPr>
      <w:pBdr>
        <w:bottom w:val="single" w:sz="8" w:space="4" w:color="4F81BD"/>
      </w:pBdr>
      <w:spacing w:lineRule="auto" w:line="240" w:before="0" w:after="300"/>
    </w:pPr>
    <w:rPr>
      <w:rFonts w:ascii="Calibri" w:hAnsi="Calibri" w:eastAsia="Calibri" w:cs="Calibri"/>
      <w:color w:val="17365D"/>
      <w:sz w:val="52"/>
      <w:szCs w:val="52"/>
    </w:rPr>
  </w:style>
  <w:style w:type="paragraph" w:styleId="ndiceuser" w:customStyle="1">
    <w:name w:val="Índice (user)"/>
    <w:basedOn w:val="normal1"/>
    <w:qFormat/>
    <w:pPr>
      <w:suppressLineNumbers/>
    </w:pPr>
    <w:rPr>
      <w:rFonts w:cs="Lucida Sans"/>
    </w:rPr>
  </w:style>
  <w:style w:type="paragraph" w:styleId="Cabealhoerodapuser" w:customStyle="1">
    <w:name w:val="Cabeçalho e rodapé (user)"/>
    <w:basedOn w:val="normal1"/>
    <w:qFormat/>
    <w:pPr/>
    <w:rPr/>
  </w:style>
  <w:style w:type="paragraph" w:styleId="Cabealhoerodap" w:customStyle="1">
    <w:name w:val="Cabeçalho e rodapé"/>
    <w:basedOn w:val="normal1"/>
    <w:qFormat/>
    <w:pPr/>
    <w:rPr/>
  </w:style>
  <w:style w:type="paragraph" w:styleId="Header">
    <w:name w:val="header"/>
    <w:basedOn w:val="normal1"/>
    <w:link w:val="CabealhoChar"/>
    <w:uiPriority w:val="99"/>
    <w:unhideWhenUsed/>
    <w:rsid w:val="00e618bf"/>
    <w:pPr>
      <w:tabs>
        <w:tab w:val="clear" w:pos="720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Footer">
    <w:name w:val="footer"/>
    <w:basedOn w:val="normal1"/>
    <w:link w:val="RodapChar"/>
    <w:uiPriority w:val="99"/>
    <w:unhideWhenUsed/>
    <w:rsid w:val="00e618bf"/>
    <w:pPr>
      <w:tabs>
        <w:tab w:val="clear" w:pos="720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NoSpacing">
    <w:name w:val="No Spacing"/>
    <w:uiPriority w:val="1"/>
    <w:qFormat/>
    <w:rsid w:val="00fc693f"/>
    <w:pPr>
      <w:widowControl/>
      <w:bidi w:val="0"/>
      <w:spacing w:lineRule="auto" w:line="276" w:before="0" w:after="200"/>
      <w:jc w:val="left"/>
    </w:pPr>
    <w:rPr>
      <w:rFonts w:ascii="Times New Roman" w:hAnsi="Times New Roman" w:eastAsia="NSimSun" w:cs="Lucida Sans"/>
      <w:color w:val="auto"/>
      <w:kern w:val="0"/>
      <w:sz w:val="22"/>
      <w:szCs w:val="22"/>
      <w:lang w:val="en-US" w:eastAsia="zh-CN" w:bidi="hi-IN"/>
    </w:rPr>
  </w:style>
  <w:style w:type="paragraph" w:styleId="ListParagraph">
    <w:name w:val="List Paragraph"/>
    <w:basedOn w:val="normal1"/>
    <w:uiPriority w:val="34"/>
    <w:qFormat/>
    <w:rsid w:val="00fc693f"/>
    <w:pPr>
      <w:spacing w:before="0" w:after="200"/>
      <w:ind w:left="720"/>
      <w:contextualSpacing/>
    </w:pPr>
    <w:rPr/>
  </w:style>
  <w:style w:type="paragraph" w:styleId="BodyText2">
    <w:name w:val="Body Text 2"/>
    <w:basedOn w:val="normal1"/>
    <w:link w:val="Corpodetexto2Char"/>
    <w:uiPriority w:val="99"/>
    <w:unhideWhenUsed/>
    <w:qFormat/>
    <w:rsid w:val="00aa1d8d"/>
    <w:pPr>
      <w:spacing w:lineRule="auto" w:line="480" w:before="0" w:after="120"/>
    </w:pPr>
    <w:rPr/>
  </w:style>
  <w:style w:type="paragraph" w:styleId="BodyText3">
    <w:name w:val="Body Text 3"/>
    <w:basedOn w:val="normal1"/>
    <w:link w:val="Corpodetexto3Char"/>
    <w:uiPriority w:val="99"/>
    <w:unhideWhenUsed/>
    <w:qFormat/>
    <w:rsid w:val="00aa1d8d"/>
    <w:pPr>
      <w:spacing w:before="0" w:after="120"/>
    </w:pPr>
    <w:rPr>
      <w:sz w:val="16"/>
      <w:szCs w:val="16"/>
    </w:rPr>
  </w:style>
  <w:style w:type="paragraph" w:styleId="List2">
    <w:name w:val="List 2"/>
    <w:basedOn w:val="normal1"/>
    <w:uiPriority w:val="99"/>
    <w:unhideWhenUsed/>
    <w:qFormat/>
    <w:rsid w:val="00326f90"/>
    <w:pPr>
      <w:spacing w:before="0" w:after="200"/>
      <w:ind w:hanging="360" w:left="720"/>
      <w:contextualSpacing/>
    </w:pPr>
    <w:rPr/>
  </w:style>
  <w:style w:type="paragraph" w:styleId="List3">
    <w:name w:val="List 3"/>
    <w:basedOn w:val="normal1"/>
    <w:uiPriority w:val="99"/>
    <w:unhideWhenUsed/>
    <w:qFormat/>
    <w:rsid w:val="00326f90"/>
    <w:pPr>
      <w:spacing w:before="0" w:after="200"/>
      <w:ind w:hanging="360" w:left="1080"/>
      <w:contextualSpacing/>
    </w:pPr>
    <w:rPr/>
  </w:style>
  <w:style w:type="paragraph" w:styleId="ListBullet">
    <w:name w:val="List Bullet"/>
    <w:basedOn w:val="normal1"/>
    <w:uiPriority w:val="99"/>
    <w:unhideWhenUsed/>
    <w:rsid w:val="00326f90"/>
    <w:pPr>
      <w:spacing w:before="0" w:after="200"/>
      <w:contextualSpacing/>
    </w:pPr>
    <w:rPr/>
  </w:style>
  <w:style w:type="paragraph" w:styleId="ListBullet2">
    <w:name w:val="List Bullet 2"/>
    <w:basedOn w:val="normal1"/>
    <w:uiPriority w:val="99"/>
    <w:unhideWhenUsed/>
    <w:rsid w:val="00326f90"/>
    <w:pPr>
      <w:spacing w:before="0" w:after="200"/>
      <w:contextualSpacing/>
    </w:pPr>
    <w:rPr/>
  </w:style>
  <w:style w:type="paragraph" w:styleId="ListBullet3">
    <w:name w:val="List Bullet 3"/>
    <w:basedOn w:val="normal1"/>
    <w:uiPriority w:val="99"/>
    <w:unhideWhenUsed/>
    <w:rsid w:val="00326f90"/>
    <w:pPr>
      <w:spacing w:before="0" w:after="200"/>
      <w:contextualSpacing/>
    </w:pPr>
    <w:rPr/>
  </w:style>
  <w:style w:type="paragraph" w:styleId="ListNumber">
    <w:name w:val="List Number"/>
    <w:basedOn w:val="normal1"/>
    <w:uiPriority w:val="99"/>
    <w:unhideWhenUsed/>
    <w:rsid w:val="00326f90"/>
    <w:pPr>
      <w:spacing w:before="0" w:after="200"/>
      <w:contextualSpacing/>
    </w:pPr>
    <w:rPr/>
  </w:style>
  <w:style w:type="paragraph" w:styleId="ListNumber2">
    <w:name w:val="List Number 2"/>
    <w:basedOn w:val="normal1"/>
    <w:uiPriority w:val="99"/>
    <w:unhideWhenUsed/>
    <w:rsid w:val="0029639d"/>
    <w:pPr>
      <w:spacing w:before="0" w:after="200"/>
      <w:contextualSpacing/>
    </w:pPr>
    <w:rPr/>
  </w:style>
  <w:style w:type="paragraph" w:styleId="ListNumber3">
    <w:name w:val="List Number 3"/>
    <w:basedOn w:val="normal1"/>
    <w:uiPriority w:val="99"/>
    <w:unhideWhenUsed/>
    <w:rsid w:val="0029639d"/>
    <w:pPr>
      <w:spacing w:before="0" w:after="200"/>
      <w:contextualSpacing/>
    </w:pPr>
    <w:rPr/>
  </w:style>
  <w:style w:type="paragraph" w:styleId="ListContinue">
    <w:name w:val="List Continue"/>
    <w:basedOn w:val="normal1"/>
    <w:uiPriority w:val="99"/>
    <w:unhideWhenUsed/>
    <w:rsid w:val="0029639d"/>
    <w:pPr>
      <w:spacing w:before="0" w:after="120"/>
      <w:ind w:left="360"/>
      <w:contextualSpacing/>
    </w:pPr>
    <w:rPr/>
  </w:style>
  <w:style w:type="paragraph" w:styleId="ListContinue2">
    <w:name w:val="List Continue 2"/>
    <w:basedOn w:val="normal1"/>
    <w:uiPriority w:val="99"/>
    <w:unhideWhenUsed/>
    <w:rsid w:val="0029639d"/>
    <w:pPr>
      <w:spacing w:before="0" w:after="120"/>
      <w:ind w:left="720"/>
      <w:contextualSpacing/>
    </w:pPr>
    <w:rPr/>
  </w:style>
  <w:style w:type="paragraph" w:styleId="ListContinue3">
    <w:name w:val="List Continue 3"/>
    <w:basedOn w:val="normal1"/>
    <w:uiPriority w:val="99"/>
    <w:unhideWhenUsed/>
    <w:rsid w:val="0029639d"/>
    <w:pPr>
      <w:spacing w:before="0" w:after="120"/>
      <w:ind w:left="1080"/>
      <w:contextualSpacing/>
    </w:pPr>
    <w:rPr/>
  </w:style>
  <w:style w:type="paragraph" w:styleId="MacroText">
    <w:name w:val="macro"/>
    <w:link w:val="TextodemacroChar"/>
    <w:uiPriority w:val="99"/>
    <w:unhideWhenUsed/>
    <w:qFormat/>
    <w:rsid w:val="0029639d"/>
    <w:pPr>
      <w:widowControl/>
      <w:tabs>
        <w:tab w:val="clear" w:pos="720"/>
        <w:tab w:val="left" w:pos="576" w:leader="none"/>
        <w:tab w:val="left" w:pos="1152" w:leader="none"/>
        <w:tab w:val="left" w:pos="1728" w:leader="none"/>
        <w:tab w:val="left" w:pos="2304" w:leader="none"/>
        <w:tab w:val="left" w:pos="2880" w:leader="none"/>
        <w:tab w:val="left" w:pos="3456" w:leader="none"/>
        <w:tab w:val="left" w:pos="4032" w:leader="none"/>
      </w:tabs>
      <w:bidi w:val="0"/>
      <w:spacing w:lineRule="auto" w:line="276" w:before="0" w:after="200"/>
      <w:jc w:val="left"/>
    </w:pPr>
    <w:rPr>
      <w:rFonts w:ascii="Courier" w:hAnsi="Courier" w:eastAsia="NSimSun" w:cs="Lucida Sans"/>
      <w:color w:val="auto"/>
      <w:kern w:val="0"/>
      <w:sz w:val="20"/>
      <w:szCs w:val="20"/>
      <w:lang w:val="en-US" w:eastAsia="zh-CN" w:bidi="hi-IN"/>
    </w:rPr>
  </w:style>
  <w:style w:type="paragraph" w:styleId="Quote">
    <w:name w:val="Quote"/>
    <w:basedOn w:val="normal1"/>
    <w:next w:val="normal1"/>
    <w:link w:val="CitaoChar"/>
    <w:uiPriority w:val="29"/>
    <w:qFormat/>
    <w:rsid w:val="00fc693f"/>
    <w:pPr/>
    <w:rPr>
      <w:i/>
      <w:iCs/>
      <w:color w:themeColor="text1" w:val="000000"/>
    </w:rPr>
  </w:style>
  <w:style w:type="paragraph" w:styleId="IntenseQuote">
    <w:name w:val="Intense Quote"/>
    <w:basedOn w:val="normal1"/>
    <w:next w:val="normal1"/>
    <w:link w:val="CitaoIntens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themeColor="accent1" w:val="4F81BD"/>
    </w:rPr>
  </w:style>
  <w:style w:type="paragraph" w:styleId="IndexHeading">
    <w:name w:val="index heading"/>
    <w:basedOn w:val="Ttulo"/>
    <w:pPr/>
    <w:rPr/>
  </w:style>
  <w:style w:type="paragraph" w:styleId="TOCHeading">
    <w:name w:val="TOC Heading"/>
    <w:basedOn w:val="IndexHeading"/>
    <w:next w:val="normal1"/>
    <w:uiPriority w:val="39"/>
    <w:semiHidden/>
    <w:unhideWhenUsed/>
    <w:qFormat/>
    <w:rsid w:val="00fc693f"/>
    <w:pPr/>
    <w:rPr/>
  </w:style>
  <w:style w:type="paragraph" w:styleId="NormalWeb">
    <w:name w:val="Normal (Web)"/>
    <w:basedOn w:val="normal1"/>
    <w:qFormat/>
    <w:rsid w:val="00a37ea9"/>
    <w:pPr>
      <w:spacing w:lineRule="auto" w:line="240" w:before="280" w:after="280"/>
    </w:pPr>
    <w:rPr>
      <w:rFonts w:eastAsia="SimSun" w:cs="Times New Roman"/>
      <w:color w:val="000080"/>
      <w:sz w:val="24"/>
      <w:szCs w:val="24"/>
      <w:lang w:val="pt-BR" w:eastAsia="pt-BR"/>
    </w:rPr>
  </w:style>
  <w:style w:type="paragraph" w:styleId="Subtitle">
    <w:name w:val="Subtitle"/>
    <w:basedOn w:val="normal1"/>
    <w:next w:val="normal1"/>
    <w:qFormat/>
    <w:pPr/>
    <w:rPr>
      <w:rFonts w:ascii="Calibri" w:hAnsi="Calibri" w:eastAsia="Calibri" w:cs="Calibri"/>
      <w:i/>
      <w:color w:val="4F81BD"/>
      <w:sz w:val="24"/>
      <w:szCs w:val="24"/>
    </w:rPr>
  </w:style>
  <w:style w:type="numbering" w:styleId="Semlista" w:default="1">
    <w:name w:val="Sem lista"/>
    <w:uiPriority w:val="99"/>
    <w:semiHidden/>
    <w:unhideWhenUsed/>
    <w:qFormat/>
  </w:style>
  <w:style w:type="table" w:default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rsid w:val="00fc693f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SombreamentoClaro">
    <w:name w:val="Light Shading"/>
    <w:basedOn w:val="Tabelanormal"/>
    <w:uiPriority w:val="60"/>
    <w:rsid w:val="00fc693f"/>
    <w:rPr>
      <w:color w:themeColor="text1" w:themeShade="bf"/>
    </w:rPr>
    <w:tblPr>
      <w:tblStyleRowBandSize w:val="1"/>
      <w:tblStyleColBandSize w:val="1"/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 w:sz="0" w:space="0"/>
          <w:bottom w:val="single" w:color="000000" w:themeColor="text1" w:sz="8" w:space="0"/>
          <w:right w:val="nil" w:sz="0" w:space="0"/>
          <w:insideH w:val="nil" w:sz="0" w:space="0"/>
          <w:insideV w:val="nil" w:sz="0" w:space="0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 w:sz="0" w:space="0"/>
          <w:bottom w:val="single" w:color="000000" w:themeColor="text1" w:sz="8" w:space="0"/>
          <w:right w:val="nil" w:sz="0" w:space="0"/>
          <w:insideH w:val="nil" w:sz="0" w:space="0"/>
          <w:insideV w:val="nil" w:sz="0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 w:sz="0" w:space="0"/>
          <w:right w:val="nil" w:sz="0" w:space="0"/>
          <w:insideH w:val="nil" w:sz="0" w:space="0"/>
          <w:insideV w:val="nil" w:sz="0" w:space="0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 w:sz="0" w:space="0"/>
          <w:right w:val="nil" w:sz="0" w:space="0"/>
          <w:insideH w:val="nil" w:sz="0" w:space="0"/>
          <w:insideV w:val="nil" w:sz="0" w:space="0"/>
        </w:tcBorders>
        <w:shd w:val="clear" w:color="auto" w:fill="C0C0C0" w:themeFill="text1" w:themeFillTint="3f"/>
      </w:tcPr>
    </w:tblStylePr>
  </w:style>
  <w:style w:type="table" w:styleId="SombreamentoClaro-nfase1">
    <w:name w:val="Light Shading Accent 1"/>
    <w:basedOn w:val="Tabelanormal"/>
    <w:uiPriority w:val="60"/>
    <w:rsid w:val="00fc693f"/>
    <w:rPr>
      <w:color w:themeColor="accent1" w:themeShade="bf"/>
    </w:rPr>
    <w:tblPr>
      <w:tblStyleRowBandSize w:val="1"/>
      <w:tblStyleColBandSize w:val="1"/>
      <w:tblBorders>
        <w:top w:val="single" w:color="4F81BD" w:themeColor="accent1" w:sz="8" w:space="0"/>
        <w:bottom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 w:sz="0" w:space="0"/>
          <w:bottom w:val="single" w:color="4F81BD" w:themeColor="accent1" w:sz="8" w:space="0"/>
          <w:right w:val="nil" w:sz="0" w:space="0"/>
          <w:insideH w:val="nil" w:sz="0" w:space="0"/>
          <w:insideV w:val="nil" w:sz="0" w:space="0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 w:sz="0" w:space="0"/>
          <w:bottom w:val="single" w:color="4F81BD" w:themeColor="accent1" w:sz="8" w:space="0"/>
          <w:right w:val="nil" w:sz="0" w:space="0"/>
          <w:insideH w:val="nil" w:sz="0" w:space="0"/>
          <w:insideV w:val="nil" w:sz="0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 w:sz="0" w:space="0"/>
          <w:right w:val="nil" w:sz="0" w:space="0"/>
          <w:insideH w:val="nil" w:sz="0" w:space="0"/>
          <w:insideV w:val="nil" w:sz="0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 w:sz="0" w:space="0"/>
          <w:right w:val="nil" w:sz="0" w:space="0"/>
          <w:insideH w:val="nil" w:sz="0" w:space="0"/>
          <w:insideV w:val="nil" w:sz="0" w:space="0"/>
        </w:tcBorders>
        <w:shd w:val="clear" w:color="auto" w:fill="D3DFEE" w:themeFill="accent1" w:themeFillTint="3f"/>
      </w:tcPr>
    </w:tblStylePr>
  </w:style>
  <w:style w:type="table" w:styleId="SombreamentoClaro-nfase2">
    <w:name w:val="Light Shading Accent 2"/>
    <w:basedOn w:val="Tabelanormal"/>
    <w:uiPriority w:val="60"/>
    <w:rsid w:val="00fc693f"/>
    <w:rPr>
      <w:color w:themeColor="accent2" w:themeShade="bf"/>
    </w:rPr>
    <w:tblPr>
      <w:tblStyleRowBandSize w:val="1"/>
      <w:tblStyleColBandSize w:val="1"/>
      <w:tblBorders>
        <w:top w:val="single" w:color="C0504D" w:themeColor="accent2" w:sz="8" w:space="0"/>
        <w:bottom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 w:sz="0" w:space="0"/>
          <w:bottom w:val="single" w:color="C0504D" w:themeColor="accent2" w:sz="8" w:space="0"/>
          <w:right w:val="nil" w:sz="0" w:space="0"/>
          <w:insideH w:val="nil" w:sz="0" w:space="0"/>
          <w:insideV w:val="nil" w:sz="0" w:space="0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 w:sz="0" w:space="0"/>
          <w:bottom w:val="single" w:color="C0504D" w:themeColor="accent2" w:sz="8" w:space="0"/>
          <w:right w:val="nil" w:sz="0" w:space="0"/>
          <w:insideH w:val="nil" w:sz="0" w:space="0"/>
          <w:insideV w:val="nil" w:sz="0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 w:sz="0" w:space="0"/>
          <w:right w:val="nil" w:sz="0" w:space="0"/>
          <w:insideH w:val="nil" w:sz="0" w:space="0"/>
          <w:insideV w:val="nil" w:sz="0" w:space="0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 w:sz="0" w:space="0"/>
          <w:right w:val="nil" w:sz="0" w:space="0"/>
          <w:insideH w:val="nil" w:sz="0" w:space="0"/>
          <w:insideV w:val="nil" w:sz="0" w:space="0"/>
        </w:tcBorders>
        <w:shd w:val="clear" w:color="auto" w:fill="EFD3D2" w:themeFill="accent2" w:themeFillTint="3f"/>
      </w:tcPr>
    </w:tblStylePr>
  </w:style>
  <w:style w:type="table" w:styleId="SombreamentoClaro-nfase3">
    <w:name w:val="Light Shading Accent 3"/>
    <w:basedOn w:val="Tabelanormal"/>
    <w:uiPriority w:val="60"/>
    <w:rsid w:val="00fc693f"/>
    <w:rPr>
      <w:color w:themeColor="accent3" w:themeShade="bf"/>
    </w:rPr>
    <w:tblPr>
      <w:tblStyleRowBandSize w:val="1"/>
      <w:tblStyleColBandSize w:val="1"/>
      <w:tblBorders>
        <w:top w:val="single" w:color="9BBB59" w:themeColor="accent3" w:sz="8" w:space="0"/>
        <w:bottom w:val="single" w:color="9BBB59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 w:sz="0" w:space="0"/>
          <w:bottom w:val="single" w:color="9BBB59" w:themeColor="accent3" w:sz="8" w:space="0"/>
          <w:right w:val="nil" w:sz="0" w:space="0"/>
          <w:insideH w:val="nil" w:sz="0" w:space="0"/>
          <w:insideV w:val="nil" w:sz="0" w:space="0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 w:sz="0" w:space="0"/>
          <w:bottom w:val="single" w:color="9BBB59" w:themeColor="accent3" w:sz="8" w:space="0"/>
          <w:right w:val="nil" w:sz="0" w:space="0"/>
          <w:insideH w:val="nil" w:sz="0" w:space="0"/>
          <w:insideV w:val="nil" w:sz="0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 w:sz="0" w:space="0"/>
          <w:right w:val="nil" w:sz="0" w:space="0"/>
          <w:insideH w:val="nil" w:sz="0" w:space="0"/>
          <w:insideV w:val="nil" w:sz="0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 w:sz="0" w:space="0"/>
          <w:right w:val="nil" w:sz="0" w:space="0"/>
          <w:insideH w:val="nil" w:sz="0" w:space="0"/>
          <w:insideV w:val="nil" w:sz="0" w:space="0"/>
        </w:tcBorders>
        <w:shd w:val="clear" w:color="auto" w:fill="E6EED5" w:themeFill="accent3" w:themeFillTint="3f"/>
      </w:tcPr>
    </w:tblStylePr>
  </w:style>
  <w:style w:type="table" w:styleId="SombreamentoClaro-nfase4">
    <w:name w:val="Light Shading Accent 4"/>
    <w:basedOn w:val="Tabelanormal"/>
    <w:uiPriority w:val="60"/>
    <w:rsid w:val="00fc693f"/>
    <w:rPr>
      <w:color w:themeColor="accent4" w:themeShade="bf"/>
    </w:rPr>
    <w:tblPr>
      <w:tblStyleRowBandSize w:val="1"/>
      <w:tblStyleColBandSize w:val="1"/>
      <w:tblBorders>
        <w:top w:val="single" w:color="8064A2" w:themeColor="accent4" w:sz="8" w:space="0"/>
        <w:bottom w:val="single" w:color="8064A2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 w:sz="0" w:space="0"/>
          <w:bottom w:val="single" w:color="8064A2" w:themeColor="accent4" w:sz="8" w:space="0"/>
          <w:right w:val="nil" w:sz="0" w:space="0"/>
          <w:insideH w:val="nil" w:sz="0" w:space="0"/>
          <w:insideV w:val="nil" w:sz="0" w:space="0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 w:sz="0" w:space="0"/>
          <w:bottom w:val="single" w:color="8064A2" w:themeColor="accent4" w:sz="8" w:space="0"/>
          <w:right w:val="nil" w:sz="0" w:space="0"/>
          <w:insideH w:val="nil" w:sz="0" w:space="0"/>
          <w:insideV w:val="nil" w:sz="0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 w:sz="0" w:space="0"/>
          <w:right w:val="nil" w:sz="0" w:space="0"/>
          <w:insideH w:val="nil" w:sz="0" w:space="0"/>
          <w:insideV w:val="nil" w:sz="0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 w:sz="0" w:space="0"/>
          <w:right w:val="nil" w:sz="0" w:space="0"/>
          <w:insideH w:val="nil" w:sz="0" w:space="0"/>
          <w:insideV w:val="nil" w:sz="0" w:space="0"/>
        </w:tcBorders>
        <w:shd w:val="clear" w:color="auto" w:fill="DFD8E8" w:themeFill="accent4" w:themeFillTint="3f"/>
      </w:tcPr>
    </w:tblStylePr>
  </w:style>
  <w:style w:type="table" w:styleId="SombreamentoClaro-nfase5">
    <w:name w:val="Light Shading Accent 5"/>
    <w:basedOn w:val="Tabelanormal"/>
    <w:uiPriority w:val="60"/>
    <w:rsid w:val="00fc693f"/>
    <w:rPr>
      <w:color w:themeColor="accent5" w:themeShade="bf"/>
    </w:rPr>
    <w:tblPr>
      <w:tblStyleRowBandSize w:val="1"/>
      <w:tblStyleColBandSize w:val="1"/>
      <w:tblBorders>
        <w:top w:val="single" w:color="4BACC6" w:themeColor="accent5" w:sz="8" w:space="0"/>
        <w:bottom w:val="single" w:color="4BACC6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 w:sz="0" w:space="0"/>
          <w:bottom w:val="single" w:color="4BACC6" w:themeColor="accent5" w:sz="8" w:space="0"/>
          <w:right w:val="nil" w:sz="0" w:space="0"/>
          <w:insideH w:val="nil" w:sz="0" w:space="0"/>
          <w:insideV w:val="nil" w:sz="0" w:space="0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 w:sz="0" w:space="0"/>
          <w:bottom w:val="single" w:color="4BACC6" w:themeColor="accent5" w:sz="8" w:space="0"/>
          <w:right w:val="nil" w:sz="0" w:space="0"/>
          <w:insideH w:val="nil" w:sz="0" w:space="0"/>
          <w:insideV w:val="nil" w:sz="0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 w:sz="0" w:space="0"/>
          <w:right w:val="nil" w:sz="0" w:space="0"/>
          <w:insideH w:val="nil" w:sz="0" w:space="0"/>
          <w:insideV w:val="nil" w:sz="0" w:space="0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 w:sz="0" w:space="0"/>
          <w:right w:val="nil" w:sz="0" w:space="0"/>
          <w:insideH w:val="nil" w:sz="0" w:space="0"/>
          <w:insideV w:val="nil" w:sz="0" w:space="0"/>
        </w:tcBorders>
        <w:shd w:val="clear" w:color="auto" w:fill="D2EAF1" w:themeFill="accent5" w:themeFillTint="3f"/>
      </w:tcPr>
    </w:tblStylePr>
  </w:style>
  <w:style w:type="table" w:styleId="SombreamentoClaro-nfase6">
    <w:name w:val="Light Shading Accent 6"/>
    <w:basedOn w:val="Tabelanormal"/>
    <w:uiPriority w:val="60"/>
    <w:rsid w:val="00fc693f"/>
    <w:rPr>
      <w:color w:themeColor="accent6" w:themeShade="bf"/>
    </w:rPr>
    <w:tblPr>
      <w:tblStyleRowBandSize w:val="1"/>
      <w:tblStyleColBandSize w:val="1"/>
      <w:tblBorders>
        <w:top w:val="single" w:color="F79646" w:themeColor="accent6" w:sz="8" w:space="0"/>
        <w:bottom w:val="single" w:color="F79646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 w:sz="0" w:space="0"/>
          <w:bottom w:val="single" w:color="F79646" w:themeColor="accent6" w:sz="8" w:space="0"/>
          <w:right w:val="nil" w:sz="0" w:space="0"/>
          <w:insideH w:val="nil" w:sz="0" w:space="0"/>
          <w:insideV w:val="nil" w:sz="0" w:space="0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 w:sz="0" w:space="0"/>
          <w:bottom w:val="single" w:color="F79646" w:themeColor="accent6" w:sz="8" w:space="0"/>
          <w:right w:val="nil" w:sz="0" w:space="0"/>
          <w:insideH w:val="nil" w:sz="0" w:space="0"/>
          <w:insideV w:val="nil" w:sz="0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 w:sz="0" w:space="0"/>
          <w:right w:val="nil" w:sz="0" w:space="0"/>
          <w:insideH w:val="nil" w:sz="0" w:space="0"/>
          <w:insideV w:val="nil" w:sz="0" w:space="0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 w:sz="0" w:space="0"/>
          <w:right w:val="nil" w:sz="0" w:space="0"/>
          <w:insideH w:val="nil" w:sz="0" w:space="0"/>
          <w:insideV w:val="nil" w:sz="0" w:space="0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elanormal"/>
    <w:uiPriority w:val="61"/>
    <w:rsid w:val="00fc693f"/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ListaClara-nfase1">
    <w:name w:val="Light List Accent 1"/>
    <w:basedOn w:val="Tabelanormal"/>
    <w:uiPriority w:val="61"/>
    <w:rsid w:val="00fc693f"/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ListaClara-nfase2">
    <w:name w:val="Light List Accent 2"/>
    <w:basedOn w:val="Tabelanormal"/>
    <w:uiPriority w:val="61"/>
    <w:rsid w:val="00cb0664"/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ListaClara-nfase3">
    <w:name w:val="Light List Accent 3"/>
    <w:basedOn w:val="Tabelanormal"/>
    <w:uiPriority w:val="61"/>
    <w:rsid w:val="00cb0664"/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ListaClara-nfase4">
    <w:name w:val="Light List Accent 4"/>
    <w:basedOn w:val="Tabelanormal"/>
    <w:uiPriority w:val="61"/>
    <w:rsid w:val="00cb0664"/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ListaClara-nfase5">
    <w:name w:val="Light List Accent 5"/>
    <w:basedOn w:val="Tabelanormal"/>
    <w:uiPriority w:val="61"/>
    <w:rsid w:val="00cb0664"/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ListaClara-nfase6">
    <w:name w:val="Light List Accent 6"/>
    <w:basedOn w:val="Tabelanormal"/>
    <w:uiPriority w:val="61"/>
    <w:rsid w:val="00cb0664"/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GradeClara">
    <w:name w:val="Light Grid"/>
    <w:basedOn w:val="Tabelanormal"/>
    <w:uiPriority w:val="62"/>
    <w:rsid w:val="00cb0664"/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 w:sz="0" w:space="0"/>
          <w:insideV w:val="single" w:color="000000" w:themeColor="text1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 w:sz="0" w:space="0"/>
          <w:insideV w:val="single" w:color="000000" w:themeColor="text1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color="000000" w:themeColor="text1" w:sz="8" w:space="0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color="000000" w:themeColor="text1" w:sz="8" w:space="0"/>
        </w:tcBorders>
      </w:tcPr>
    </w:tblStylePr>
  </w:style>
  <w:style w:type="table" w:styleId="GradeClara-nfase1">
    <w:name w:val="Light Grid Accent 1"/>
    <w:basedOn w:val="Tabelanormal"/>
    <w:uiPriority w:val="62"/>
    <w:rsid w:val="00cb0664"/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 w:sz="0" w:space="0"/>
          <w:insideV w:val="single" w:color="4F81BD" w:themeColor="accent1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 w:sz="0" w:space="0"/>
          <w:insideV w:val="single" w:color="4F81BD" w:themeColor="accent1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color="4F81BD" w:themeColor="accent1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color="4F81BD" w:themeColor="accent1" w:sz="8" w:space="0"/>
        </w:tcBorders>
      </w:tcPr>
    </w:tblStylePr>
  </w:style>
  <w:style w:type="table" w:styleId="GradeClara-nfase2">
    <w:name w:val="Light Grid Accent 2"/>
    <w:basedOn w:val="Tabelanormal"/>
    <w:uiPriority w:val="62"/>
    <w:rsid w:val="00cb0664"/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 w:sz="0" w:space="0"/>
          <w:insideV w:val="single" w:color="C0504D" w:themeColor="accent2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 w:sz="0" w:space="0"/>
          <w:insideV w:val="single" w:color="C0504D" w:themeColor="accent2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color="C0504D" w:themeColor="accent2" w:sz="8" w:space="0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color="C0504D" w:themeColor="accent2" w:sz="8" w:space="0"/>
        </w:tcBorders>
      </w:tcPr>
    </w:tblStylePr>
  </w:style>
  <w:style w:type="table" w:styleId="GradeClara-nfase3">
    <w:name w:val="Light Grid Accent 3"/>
    <w:basedOn w:val="Tabelanormal"/>
    <w:uiPriority w:val="62"/>
    <w:rsid w:val="00cb0664"/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 w:sz="0" w:space="0"/>
          <w:insideV w:val="single" w:color="9BBB59" w:themeColor="accent3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 w:sz="0" w:space="0"/>
          <w:insideV w:val="single" w:color="9BBB59" w:themeColor="accent3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color="9BBB59" w:themeColor="accent3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color="9BBB59" w:themeColor="accent3" w:sz="8" w:space="0"/>
        </w:tcBorders>
      </w:tcPr>
    </w:tblStylePr>
  </w:style>
  <w:style w:type="table" w:styleId="GradeClara-nfase4">
    <w:name w:val="Light Grid Accent 4"/>
    <w:basedOn w:val="Tabelanormal"/>
    <w:uiPriority w:val="62"/>
    <w:rsid w:val="00cb0664"/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 w:sz="0" w:space="0"/>
          <w:insideV w:val="single" w:color="8064A2" w:themeColor="accent4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 w:sz="0" w:space="0"/>
          <w:insideV w:val="single" w:color="8064A2" w:themeColor="accent4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color="8064A2" w:themeColor="accent4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color="8064A2" w:themeColor="accent4" w:sz="8" w:space="0"/>
        </w:tcBorders>
      </w:tcPr>
    </w:tblStylePr>
  </w:style>
  <w:style w:type="table" w:styleId="GradeClara-nfase5">
    <w:name w:val="Light Grid Accent 5"/>
    <w:basedOn w:val="Tabelanormal"/>
    <w:uiPriority w:val="62"/>
    <w:rsid w:val="00cb0664"/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 w:sz="0" w:space="0"/>
          <w:insideV w:val="single" w:color="4BACC6" w:themeColor="accent5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 w:sz="0" w:space="0"/>
          <w:insideV w:val="single" w:color="4BACC6" w:themeColor="accent5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color="4BACC6" w:themeColor="accent5" w:sz="8" w:space="0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color="4BACC6" w:themeColor="accent5" w:sz="8" w:space="0"/>
        </w:tcBorders>
      </w:tcPr>
    </w:tblStylePr>
  </w:style>
  <w:style w:type="table" w:styleId="GradeClara-nfase6">
    <w:name w:val="Light Grid Accent 6"/>
    <w:basedOn w:val="Tabelanormal"/>
    <w:uiPriority w:val="62"/>
    <w:rsid w:val="00cb0664"/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 w:sz="0" w:space="0"/>
          <w:insideV w:val="single" w:color="F79646" w:themeColor="accent6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 w:sz="0" w:space="0"/>
          <w:insideV w:val="single" w:color="F79646" w:themeColor="accent6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color="F79646" w:themeColor="accent6" w:sz="8" w:space="0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color="F79646" w:themeColor="accent6" w:sz="8" w:space="0"/>
        </w:tcBorders>
      </w:tcPr>
    </w:tblStylePr>
  </w:style>
  <w:style w:type="table" w:styleId="SombreamentoMdio1">
    <w:name w:val="Medium Shading 1"/>
    <w:basedOn w:val="Tabelanormal"/>
    <w:uiPriority w:val="63"/>
    <w:rsid w:val="00cb0664"/>
    <w:tblPr>
      <w:tblStyleRowBandSize w:val="1"/>
      <w:tblStyleColBandSize w:val="1"/>
      <w:tblBorders>
        <w:top w:val="single" w:color="404040" w:themeColor="text1" w:themeTint="bf" w:sz="8" w:space="0"/>
        <w:left w:val="single" w:color="404040" w:themeColor="text1" w:themeTint="bf" w:sz="8" w:space="0"/>
        <w:bottom w:val="single" w:color="404040" w:themeColor="text1" w:themeTint="bf" w:sz="8" w:space="0"/>
        <w:right w:val="single" w:color="404040" w:themeColor="text1" w:themeTint="bf" w:sz="8" w:space="0"/>
        <w:insideH w:val="single" w:color="404040" w:themeColor="tex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 w:sz="0" w:space="0"/>
          <w:insideV w:val="nil" w:sz="0" w:space="0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 w:sz="0" w:space="0"/>
          <w:insideV w:val="nil" w:sz="0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 w:sz="0" w:space="0"/>
          <w:insideV w:val="nil" w:sz="0" w:space="0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 w:sz="0" w:space="0"/>
          <w:insideV w:val="nil" w:sz="0" w:space="0"/>
        </w:tcBorders>
      </w:tcPr>
    </w:tblStylePr>
  </w:style>
  <w:style w:type="table" w:styleId="SombreamentoMdio1-nfase1">
    <w:name w:val="Medium Shading 1 Accent 1"/>
    <w:basedOn w:val="Tabelanormal"/>
    <w:uiPriority w:val="63"/>
    <w:rsid w:val="00cb0664"/>
    <w:tblPr>
      <w:tblStyleRowBandSize w:val="1"/>
      <w:tblStyleColBandSize w:val="1"/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 w:sz="0" w:space="0"/>
          <w:insideV w:val="nil" w:sz="0" w:space="0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 w:sz="0" w:space="0"/>
          <w:insideV w:val="nil" w:sz="0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 w:sz="0" w:space="0"/>
          <w:insideV w:val="nil" w:sz="0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 w:sz="0" w:space="0"/>
          <w:insideV w:val="nil" w:sz="0" w:space="0"/>
        </w:tcBorders>
      </w:tcPr>
    </w:tblStylePr>
  </w:style>
  <w:style w:type="table" w:styleId="SombreamentoMdio1-nfase2">
    <w:name w:val="Medium Shading 1 Accent 2"/>
    <w:basedOn w:val="Tabelanormal"/>
    <w:uiPriority w:val="63"/>
    <w:rsid w:val="00cb0664"/>
    <w:tblPr>
      <w:tblStyleRowBandSize w:val="1"/>
      <w:tblStyleColBandSize w:val="1"/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 w:sz="0" w:space="0"/>
          <w:insideV w:val="nil" w:sz="0" w:space="0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 w:sz="0" w:space="0"/>
          <w:insideV w:val="nil" w:sz="0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 w:sz="0" w:space="0"/>
          <w:insideV w:val="nil" w:sz="0" w:space="0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 w:sz="0" w:space="0"/>
          <w:insideV w:val="nil" w:sz="0" w:space="0"/>
        </w:tcBorders>
      </w:tcPr>
    </w:tblStylePr>
  </w:style>
  <w:style w:type="table" w:styleId="SombreamentoMdio1-nfase3">
    <w:name w:val="Medium Shading 1 Accent 3"/>
    <w:basedOn w:val="Tabelanormal"/>
    <w:uiPriority w:val="63"/>
    <w:rsid w:val="00cb0664"/>
    <w:tblPr>
      <w:tblStyleRowBandSize w:val="1"/>
      <w:tblStyleColBandSize w:val="1"/>
      <w:tblBorders>
        <w:top w:val="single" w:color="B3CC82" w:themeColor="accent3" w:themeTint="bf" w:sz="8" w:space="0"/>
        <w:left w:val="single" w:color="B3CC82" w:themeColor="accent3" w:themeTint="bf" w:sz="8" w:space="0"/>
        <w:bottom w:val="single" w:color="B3CC82" w:themeColor="accent3" w:themeTint="bf" w:sz="8" w:space="0"/>
        <w:right w:val="single" w:color="B3CC82" w:themeColor="accent3" w:themeTint="bf" w:sz="8" w:space="0"/>
        <w:insideH w:val="single" w:color="B3CC82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 w:sz="0" w:space="0"/>
          <w:insideV w:val="nil" w:sz="0" w:space="0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 w:sz="0" w:space="0"/>
          <w:insideV w:val="nil" w:sz="0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 w:sz="0" w:space="0"/>
          <w:insideV w:val="nil" w:sz="0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 w:sz="0" w:space="0"/>
          <w:insideV w:val="nil" w:sz="0" w:space="0"/>
        </w:tcBorders>
      </w:tcPr>
    </w:tblStylePr>
  </w:style>
  <w:style w:type="table" w:styleId="SombreamentoMdio1-nfase4">
    <w:name w:val="Medium Shading 1 Accent 4"/>
    <w:basedOn w:val="Tabelanormal"/>
    <w:uiPriority w:val="63"/>
    <w:rsid w:val="00cb0664"/>
    <w:tblPr>
      <w:tblStyleRowBandSize w:val="1"/>
      <w:tblStyleColBandSize w:val="1"/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 w:sz="0" w:space="0"/>
          <w:insideV w:val="nil" w:sz="0" w:space="0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 w:sz="0" w:space="0"/>
          <w:insideV w:val="nil" w:sz="0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 w:sz="0" w:space="0"/>
          <w:insideV w:val="nil" w:sz="0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 w:sz="0" w:space="0"/>
          <w:insideV w:val="nil" w:sz="0" w:space="0"/>
        </w:tcBorders>
      </w:tcPr>
    </w:tblStylePr>
  </w:style>
  <w:style w:type="table" w:styleId="SombreamentoMdio1-nfase5">
    <w:name w:val="Medium Shading 1 Accent 5"/>
    <w:basedOn w:val="Tabelanormal"/>
    <w:uiPriority w:val="63"/>
    <w:rsid w:val="00cb0664"/>
    <w:tblPr>
      <w:tblStyleRowBandSize w:val="1"/>
      <w:tblStyleColBandSize w:val="1"/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 w:sz="0" w:space="0"/>
          <w:insideV w:val="nil" w:sz="0" w:space="0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 w:sz="0" w:space="0"/>
          <w:insideV w:val="nil" w:sz="0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 w:sz="0" w:space="0"/>
          <w:insideV w:val="nil" w:sz="0" w:space="0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 w:sz="0" w:space="0"/>
          <w:insideV w:val="nil" w:sz="0" w:space="0"/>
        </w:tcBorders>
      </w:tcPr>
    </w:tblStylePr>
  </w:style>
  <w:style w:type="table" w:styleId="SombreamentoMdio1-nfase6">
    <w:name w:val="Medium Shading 1 Accent 6"/>
    <w:basedOn w:val="Tabelanormal"/>
    <w:uiPriority w:val="63"/>
    <w:rsid w:val="00cb0664"/>
    <w:tblPr>
      <w:tblStyleRowBandSize w:val="1"/>
      <w:tblStyleColBandSize w:val="1"/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 w:sz="0" w:space="0"/>
          <w:insideV w:val="nil" w:sz="0" w:space="0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 w:sz="0" w:space="0"/>
          <w:insideV w:val="nil" w:sz="0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 w:sz="0" w:space="0"/>
          <w:insideV w:val="nil" w:sz="0" w:space="0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 w:sz="0" w:space="0"/>
          <w:insideV w:val="nil" w:sz="0" w:space="0"/>
        </w:tcBorders>
      </w:tcPr>
    </w:tblStylePr>
  </w:style>
  <w:style w:type="table" w:styleId="SombreamentoMdio2">
    <w:name w:val="Medium Shading 2"/>
    <w:basedOn w:val="Tabelanormal"/>
    <w:uiPriority w:val="64"/>
    <w:rsid w:val="00cb0664"/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 w:sz="0" w:space="0"/>
          <w:bottom w:val="single" w:color="auto" w:sz="18" w:space="0"/>
          <w:right w:val="nil" w:sz="0" w:space="0"/>
          <w:insideH w:val="nil" w:sz="0" w:space="0"/>
          <w:insideV w:val="nil" w:sz="0" w:space="0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tblPr/>
      <w:tcPr>
        <w:tcBorders>
          <w:top w:val="double" w:color="auto" w:sz="6" w:space="0"/>
          <w:left w:val="nil" w:sz="0" w:space="0"/>
          <w:bottom w:val="single" w:color="auto" w:sz="18" w:space="0"/>
          <w:right w:val="nil" w:sz="0" w:space="0"/>
          <w:insideH w:val="nil" w:sz="0" w:space="0"/>
          <w:insideV w:val="nil" w:sz="0" w:space="0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 w:sz="0" w:space="0"/>
          <w:left w:val="nil" w:sz="0" w:space="0"/>
          <w:bottom w:val="single" w:color="auto" w:sz="18" w:space="0"/>
          <w:right w:val="nil" w:sz="0" w:space="0"/>
          <w:insideH w:val="nil" w:sz="0" w:space="0"/>
          <w:insideV w:val="nil" w:sz="0" w:space="0"/>
        </w:tcBorders>
        <w:shd w:val="clear" w:color="auto" w:fill="000000" w:themeFill="text1"/>
      </w:tcPr>
    </w:tblStylePr>
    <w:tblStylePr w:type="lastCol">
      <w:rPr>
        <w:b/>
        <w:bCs/>
        <w:color w:themeColor="background1"/>
      </w:rPr>
      <w:tblPr/>
      <w:tcPr>
        <w:tcBorders>
          <w:left w:val="nil" w:sz="0" w:space="0"/>
          <w:right w:val="nil" w:sz="0" w:space="0"/>
          <w:insideH w:val="nil" w:sz="0" w:space="0"/>
          <w:insideV w:val="nil" w:sz="0" w:space="0"/>
        </w:tcBorders>
        <w:shd w:val="clear" w:color="auto" w:fill="000000" w:themeFill="text1"/>
      </w:tcPr>
    </w:tblStylePr>
    <w:tblStylePr w:type="band1Vert">
      <w:tblPr/>
      <w:tcPr>
        <w:tcBorders>
          <w:left w:val="nil" w:sz="0" w:space="0"/>
          <w:right w:val="nil" w:sz="0" w:space="0"/>
          <w:insideH w:val="nil" w:sz="0" w:space="0"/>
          <w:insideV w:val="nil" w:sz="0" w:space="0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 w:sz="0" w:space="0"/>
          <w:bottom w:val="single" w:color="auto" w:sz="18" w:space="0"/>
          <w:right w:val="nil" w:sz="0" w:space="0"/>
          <w:insideH w:val="nil" w:sz="0" w:space="0"/>
          <w:insideV w:val="nil" w:sz="0" w:space="0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 w:sz="0" w:space="0"/>
          <w:bottom w:val="single" w:color="auto" w:sz="18" w:space="0"/>
          <w:right w:val="nil" w:sz="0" w:space="0"/>
          <w:insideH w:val="nil" w:sz="0" w:space="0"/>
          <w:insideV w:val="nil" w:sz="0" w:space="0"/>
        </w:tcBorders>
      </w:tcPr>
    </w:tblStylePr>
  </w:style>
  <w:style w:type="table" w:styleId="SombreamentoMdio2-nfase1">
    <w:name w:val="Medium Shading 2 Accent 1"/>
    <w:basedOn w:val="Tabelanormal"/>
    <w:uiPriority w:val="64"/>
    <w:rsid w:val="00cb0664"/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 w:sz="0" w:space="0"/>
          <w:bottom w:val="single" w:color="auto" w:sz="18" w:space="0"/>
          <w:right w:val="nil" w:sz="0" w:space="0"/>
          <w:insideH w:val="nil" w:sz="0" w:space="0"/>
          <w:insideV w:val="nil" w:sz="0" w:space="0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tblPr/>
      <w:tcPr>
        <w:tcBorders>
          <w:top w:val="double" w:color="auto" w:sz="6" w:space="0"/>
          <w:left w:val="nil" w:sz="0" w:space="0"/>
          <w:bottom w:val="single" w:color="auto" w:sz="18" w:space="0"/>
          <w:right w:val="nil" w:sz="0" w:space="0"/>
          <w:insideH w:val="nil" w:sz="0" w:space="0"/>
          <w:insideV w:val="nil" w:sz="0" w:space="0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 w:sz="0" w:space="0"/>
          <w:left w:val="nil" w:sz="0" w:space="0"/>
          <w:bottom w:val="single" w:color="auto" w:sz="18" w:space="0"/>
          <w:right w:val="nil" w:sz="0" w:space="0"/>
          <w:insideH w:val="nil" w:sz="0" w:space="0"/>
          <w:insideV w:val="nil" w:sz="0" w:space="0"/>
        </w:tcBorders>
        <w:shd w:val="clear" w:color="auto" w:fill="4F81BD" w:themeFill="accent1"/>
      </w:tcPr>
    </w:tblStylePr>
    <w:tblStylePr w:type="lastCol">
      <w:rPr>
        <w:b/>
        <w:bCs/>
        <w:color w:themeColor="background1"/>
      </w:rPr>
      <w:tblPr/>
      <w:tcPr>
        <w:tcBorders>
          <w:left w:val="nil" w:sz="0" w:space="0"/>
          <w:right w:val="nil" w:sz="0" w:space="0"/>
          <w:insideH w:val="nil" w:sz="0" w:space="0"/>
          <w:insideV w:val="nil" w:sz="0" w:space="0"/>
        </w:tcBorders>
        <w:shd w:val="clear" w:color="auto" w:fill="4F81BD" w:themeFill="accent1"/>
      </w:tcPr>
    </w:tblStylePr>
    <w:tblStylePr w:type="band1Vert">
      <w:tblPr/>
      <w:tcPr>
        <w:tcBorders>
          <w:left w:val="nil" w:sz="0" w:space="0"/>
          <w:right w:val="nil" w:sz="0" w:space="0"/>
          <w:insideH w:val="nil" w:sz="0" w:space="0"/>
          <w:insideV w:val="nil" w:sz="0" w:space="0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 w:sz="0" w:space="0"/>
          <w:bottom w:val="single" w:color="auto" w:sz="18" w:space="0"/>
          <w:right w:val="nil" w:sz="0" w:space="0"/>
          <w:insideH w:val="nil" w:sz="0" w:space="0"/>
          <w:insideV w:val="nil" w:sz="0" w:space="0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 w:sz="0" w:space="0"/>
          <w:bottom w:val="single" w:color="auto" w:sz="18" w:space="0"/>
          <w:right w:val="nil" w:sz="0" w:space="0"/>
          <w:insideH w:val="nil" w:sz="0" w:space="0"/>
          <w:insideV w:val="nil" w:sz="0" w:space="0"/>
        </w:tcBorders>
      </w:tcPr>
    </w:tblStylePr>
  </w:style>
  <w:style w:type="table" w:styleId="SombreamentoMdio2-nfase2">
    <w:name w:val="Medium Shading 2 Accent 2"/>
    <w:basedOn w:val="Tabelanormal"/>
    <w:uiPriority w:val="64"/>
    <w:rsid w:val="00cb0664"/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 w:sz="0" w:space="0"/>
          <w:bottom w:val="single" w:color="auto" w:sz="18" w:space="0"/>
          <w:right w:val="nil" w:sz="0" w:space="0"/>
          <w:insideH w:val="nil" w:sz="0" w:space="0"/>
          <w:insideV w:val="nil" w:sz="0" w:space="0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tblPr/>
      <w:tcPr>
        <w:tcBorders>
          <w:top w:val="double" w:color="auto" w:sz="6" w:space="0"/>
          <w:left w:val="nil" w:sz="0" w:space="0"/>
          <w:bottom w:val="single" w:color="auto" w:sz="18" w:space="0"/>
          <w:right w:val="nil" w:sz="0" w:space="0"/>
          <w:insideH w:val="nil" w:sz="0" w:space="0"/>
          <w:insideV w:val="nil" w:sz="0" w:space="0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 w:sz="0" w:space="0"/>
          <w:left w:val="nil" w:sz="0" w:space="0"/>
          <w:bottom w:val="single" w:color="auto" w:sz="18" w:space="0"/>
          <w:right w:val="nil" w:sz="0" w:space="0"/>
          <w:insideH w:val="nil" w:sz="0" w:space="0"/>
          <w:insideV w:val="nil" w:sz="0" w:space="0"/>
        </w:tcBorders>
        <w:shd w:val="clear" w:color="auto" w:fill="C0504D" w:themeFill="accent2"/>
      </w:tcPr>
    </w:tblStylePr>
    <w:tblStylePr w:type="lastCol">
      <w:rPr>
        <w:b/>
        <w:bCs/>
        <w:color w:themeColor="background1"/>
      </w:rPr>
      <w:tblPr/>
      <w:tcPr>
        <w:tcBorders>
          <w:left w:val="nil" w:sz="0" w:space="0"/>
          <w:right w:val="nil" w:sz="0" w:space="0"/>
          <w:insideH w:val="nil" w:sz="0" w:space="0"/>
          <w:insideV w:val="nil" w:sz="0" w:space="0"/>
        </w:tcBorders>
        <w:shd w:val="clear" w:color="auto" w:fill="C0504D" w:themeFill="accent2"/>
      </w:tcPr>
    </w:tblStylePr>
    <w:tblStylePr w:type="band1Vert">
      <w:tblPr/>
      <w:tcPr>
        <w:tcBorders>
          <w:left w:val="nil" w:sz="0" w:space="0"/>
          <w:right w:val="nil" w:sz="0" w:space="0"/>
          <w:insideH w:val="nil" w:sz="0" w:space="0"/>
          <w:insideV w:val="nil" w:sz="0" w:space="0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 w:sz="0" w:space="0"/>
          <w:bottom w:val="single" w:color="auto" w:sz="18" w:space="0"/>
          <w:right w:val="nil" w:sz="0" w:space="0"/>
          <w:insideH w:val="nil" w:sz="0" w:space="0"/>
          <w:insideV w:val="nil" w:sz="0" w:space="0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 w:sz="0" w:space="0"/>
          <w:bottom w:val="single" w:color="auto" w:sz="18" w:space="0"/>
          <w:right w:val="nil" w:sz="0" w:space="0"/>
          <w:insideH w:val="nil" w:sz="0" w:space="0"/>
          <w:insideV w:val="nil" w:sz="0" w:space="0"/>
        </w:tcBorders>
      </w:tcPr>
    </w:tblStylePr>
  </w:style>
  <w:style w:type="table" w:styleId="SombreamentoMdio2-nfase3">
    <w:name w:val="Medium Shading 2 Accent 3"/>
    <w:basedOn w:val="Tabelanormal"/>
    <w:uiPriority w:val="64"/>
    <w:rsid w:val="00cb0664"/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 w:sz="0" w:space="0"/>
          <w:bottom w:val="single" w:color="auto" w:sz="18" w:space="0"/>
          <w:right w:val="nil" w:sz="0" w:space="0"/>
          <w:insideH w:val="nil" w:sz="0" w:space="0"/>
          <w:insideV w:val="nil" w:sz="0" w:space="0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tblPr/>
      <w:tcPr>
        <w:tcBorders>
          <w:top w:val="double" w:color="auto" w:sz="6" w:space="0"/>
          <w:left w:val="nil" w:sz="0" w:space="0"/>
          <w:bottom w:val="single" w:color="auto" w:sz="18" w:space="0"/>
          <w:right w:val="nil" w:sz="0" w:space="0"/>
          <w:insideH w:val="nil" w:sz="0" w:space="0"/>
          <w:insideV w:val="nil" w:sz="0" w:space="0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 w:sz="0" w:space="0"/>
          <w:left w:val="nil" w:sz="0" w:space="0"/>
          <w:bottom w:val="single" w:color="auto" w:sz="18" w:space="0"/>
          <w:right w:val="nil" w:sz="0" w:space="0"/>
          <w:insideH w:val="nil" w:sz="0" w:space="0"/>
          <w:insideV w:val="nil" w:sz="0" w:space="0"/>
        </w:tcBorders>
        <w:shd w:val="clear" w:color="auto" w:fill="9BBB59" w:themeFill="accent3"/>
      </w:tcPr>
    </w:tblStylePr>
    <w:tblStylePr w:type="lastCol">
      <w:rPr>
        <w:b/>
        <w:bCs/>
        <w:color w:themeColor="background1"/>
      </w:rPr>
      <w:tblPr/>
      <w:tcPr>
        <w:tcBorders>
          <w:left w:val="nil" w:sz="0" w:space="0"/>
          <w:right w:val="nil" w:sz="0" w:space="0"/>
          <w:insideH w:val="nil" w:sz="0" w:space="0"/>
          <w:insideV w:val="nil" w:sz="0" w:space="0"/>
        </w:tcBorders>
        <w:shd w:val="clear" w:color="auto" w:fill="9BBB59" w:themeFill="accent3"/>
      </w:tcPr>
    </w:tblStylePr>
    <w:tblStylePr w:type="band1Vert">
      <w:tblPr/>
      <w:tcPr>
        <w:tcBorders>
          <w:left w:val="nil" w:sz="0" w:space="0"/>
          <w:right w:val="nil" w:sz="0" w:space="0"/>
          <w:insideH w:val="nil" w:sz="0" w:space="0"/>
          <w:insideV w:val="nil" w:sz="0" w:space="0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 w:sz="0" w:space="0"/>
          <w:bottom w:val="single" w:color="auto" w:sz="18" w:space="0"/>
          <w:right w:val="nil" w:sz="0" w:space="0"/>
          <w:insideH w:val="nil" w:sz="0" w:space="0"/>
          <w:insideV w:val="nil" w:sz="0" w:space="0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 w:sz="0" w:space="0"/>
          <w:bottom w:val="single" w:color="auto" w:sz="18" w:space="0"/>
          <w:right w:val="nil" w:sz="0" w:space="0"/>
          <w:insideH w:val="nil" w:sz="0" w:space="0"/>
          <w:insideV w:val="nil" w:sz="0" w:space="0"/>
        </w:tcBorders>
      </w:tcPr>
    </w:tblStylePr>
  </w:style>
  <w:style w:type="table" w:styleId="SombreamentoMdio2-nfase4">
    <w:name w:val="Medium Shading 2 Accent 4"/>
    <w:basedOn w:val="Tabelanormal"/>
    <w:uiPriority w:val="64"/>
    <w:rsid w:val="00cb0664"/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 w:sz="0" w:space="0"/>
          <w:bottom w:val="single" w:color="auto" w:sz="18" w:space="0"/>
          <w:right w:val="nil" w:sz="0" w:space="0"/>
          <w:insideH w:val="nil" w:sz="0" w:space="0"/>
          <w:insideV w:val="nil" w:sz="0" w:space="0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tblPr/>
      <w:tcPr>
        <w:tcBorders>
          <w:top w:val="double" w:color="auto" w:sz="6" w:space="0"/>
          <w:left w:val="nil" w:sz="0" w:space="0"/>
          <w:bottom w:val="single" w:color="auto" w:sz="18" w:space="0"/>
          <w:right w:val="nil" w:sz="0" w:space="0"/>
          <w:insideH w:val="nil" w:sz="0" w:space="0"/>
          <w:insideV w:val="nil" w:sz="0" w:space="0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 w:sz="0" w:space="0"/>
          <w:left w:val="nil" w:sz="0" w:space="0"/>
          <w:bottom w:val="single" w:color="auto" w:sz="18" w:space="0"/>
          <w:right w:val="nil" w:sz="0" w:space="0"/>
          <w:insideH w:val="nil" w:sz="0" w:space="0"/>
          <w:insideV w:val="nil" w:sz="0" w:space="0"/>
        </w:tcBorders>
        <w:shd w:val="clear" w:color="auto" w:fill="8064A2" w:themeFill="accent4"/>
      </w:tcPr>
    </w:tblStylePr>
    <w:tblStylePr w:type="lastCol">
      <w:rPr>
        <w:b/>
        <w:bCs/>
        <w:color w:themeColor="background1"/>
      </w:rPr>
      <w:tblPr/>
      <w:tcPr>
        <w:tcBorders>
          <w:left w:val="nil" w:sz="0" w:space="0"/>
          <w:right w:val="nil" w:sz="0" w:space="0"/>
          <w:insideH w:val="nil" w:sz="0" w:space="0"/>
          <w:insideV w:val="nil" w:sz="0" w:space="0"/>
        </w:tcBorders>
        <w:shd w:val="clear" w:color="auto" w:fill="8064A2" w:themeFill="accent4"/>
      </w:tcPr>
    </w:tblStylePr>
    <w:tblStylePr w:type="band1Vert">
      <w:tblPr/>
      <w:tcPr>
        <w:tcBorders>
          <w:left w:val="nil" w:sz="0" w:space="0"/>
          <w:right w:val="nil" w:sz="0" w:space="0"/>
          <w:insideH w:val="nil" w:sz="0" w:space="0"/>
          <w:insideV w:val="nil" w:sz="0" w:space="0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 w:sz="0" w:space="0"/>
          <w:bottom w:val="single" w:color="auto" w:sz="18" w:space="0"/>
          <w:right w:val="nil" w:sz="0" w:space="0"/>
          <w:insideH w:val="nil" w:sz="0" w:space="0"/>
          <w:insideV w:val="nil" w:sz="0" w:space="0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 w:sz="0" w:space="0"/>
          <w:bottom w:val="single" w:color="auto" w:sz="18" w:space="0"/>
          <w:right w:val="nil" w:sz="0" w:space="0"/>
          <w:insideH w:val="nil" w:sz="0" w:space="0"/>
          <w:insideV w:val="nil" w:sz="0" w:space="0"/>
        </w:tcBorders>
      </w:tcPr>
    </w:tblStylePr>
  </w:style>
  <w:style w:type="table" w:styleId="SombreamentoMdio2-nfase5">
    <w:name w:val="Medium Shading 2 Accent 5"/>
    <w:basedOn w:val="Tabelanormal"/>
    <w:uiPriority w:val="64"/>
    <w:rsid w:val="00cb0664"/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 w:sz="0" w:space="0"/>
          <w:bottom w:val="single" w:color="auto" w:sz="18" w:space="0"/>
          <w:right w:val="nil" w:sz="0" w:space="0"/>
          <w:insideH w:val="nil" w:sz="0" w:space="0"/>
          <w:insideV w:val="nil" w:sz="0" w:space="0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tblPr/>
      <w:tcPr>
        <w:tcBorders>
          <w:top w:val="double" w:color="auto" w:sz="6" w:space="0"/>
          <w:left w:val="nil" w:sz="0" w:space="0"/>
          <w:bottom w:val="single" w:color="auto" w:sz="18" w:space="0"/>
          <w:right w:val="nil" w:sz="0" w:space="0"/>
          <w:insideH w:val="nil" w:sz="0" w:space="0"/>
          <w:insideV w:val="nil" w:sz="0" w:space="0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 w:sz="0" w:space="0"/>
          <w:left w:val="nil" w:sz="0" w:space="0"/>
          <w:bottom w:val="single" w:color="auto" w:sz="18" w:space="0"/>
          <w:right w:val="nil" w:sz="0" w:space="0"/>
          <w:insideH w:val="nil" w:sz="0" w:space="0"/>
          <w:insideV w:val="nil" w:sz="0" w:space="0"/>
        </w:tcBorders>
        <w:shd w:val="clear" w:color="auto" w:fill="4BACC6" w:themeFill="accent5"/>
      </w:tcPr>
    </w:tblStylePr>
    <w:tblStylePr w:type="lastCol">
      <w:rPr>
        <w:b/>
        <w:bCs/>
        <w:color w:themeColor="background1"/>
      </w:rPr>
      <w:tblPr/>
      <w:tcPr>
        <w:tcBorders>
          <w:left w:val="nil" w:sz="0" w:space="0"/>
          <w:right w:val="nil" w:sz="0" w:space="0"/>
          <w:insideH w:val="nil" w:sz="0" w:space="0"/>
          <w:insideV w:val="nil" w:sz="0" w:space="0"/>
        </w:tcBorders>
        <w:shd w:val="clear" w:color="auto" w:fill="4BACC6" w:themeFill="accent5"/>
      </w:tcPr>
    </w:tblStylePr>
    <w:tblStylePr w:type="band1Vert">
      <w:tblPr/>
      <w:tcPr>
        <w:tcBorders>
          <w:left w:val="nil" w:sz="0" w:space="0"/>
          <w:right w:val="nil" w:sz="0" w:space="0"/>
          <w:insideH w:val="nil" w:sz="0" w:space="0"/>
          <w:insideV w:val="nil" w:sz="0" w:space="0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 w:sz="0" w:space="0"/>
          <w:bottom w:val="single" w:color="auto" w:sz="18" w:space="0"/>
          <w:right w:val="nil" w:sz="0" w:space="0"/>
          <w:insideH w:val="nil" w:sz="0" w:space="0"/>
          <w:insideV w:val="nil" w:sz="0" w:space="0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 w:sz="0" w:space="0"/>
          <w:bottom w:val="single" w:color="auto" w:sz="18" w:space="0"/>
          <w:right w:val="nil" w:sz="0" w:space="0"/>
          <w:insideH w:val="nil" w:sz="0" w:space="0"/>
          <w:insideV w:val="nil" w:sz="0" w:space="0"/>
        </w:tcBorders>
      </w:tcPr>
    </w:tblStylePr>
  </w:style>
  <w:style w:type="table" w:styleId="SombreamentoMdio2-nfase6">
    <w:name w:val="Medium Shading 2 Accent 6"/>
    <w:basedOn w:val="Tabelanormal"/>
    <w:uiPriority w:val="64"/>
    <w:rsid w:val="00cb0664"/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 w:sz="0" w:space="0"/>
          <w:bottom w:val="single" w:color="auto" w:sz="18" w:space="0"/>
          <w:right w:val="nil" w:sz="0" w:space="0"/>
          <w:insideH w:val="nil" w:sz="0" w:space="0"/>
          <w:insideV w:val="nil" w:sz="0" w:space="0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tblPr/>
      <w:tcPr>
        <w:tcBorders>
          <w:top w:val="double" w:color="auto" w:sz="6" w:space="0"/>
          <w:left w:val="nil" w:sz="0" w:space="0"/>
          <w:bottom w:val="single" w:color="auto" w:sz="18" w:space="0"/>
          <w:right w:val="nil" w:sz="0" w:space="0"/>
          <w:insideH w:val="nil" w:sz="0" w:space="0"/>
          <w:insideV w:val="nil" w:sz="0" w:space="0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 w:sz="0" w:space="0"/>
          <w:left w:val="nil" w:sz="0" w:space="0"/>
          <w:bottom w:val="single" w:color="auto" w:sz="18" w:space="0"/>
          <w:right w:val="nil" w:sz="0" w:space="0"/>
          <w:insideH w:val="nil" w:sz="0" w:space="0"/>
          <w:insideV w:val="nil" w:sz="0" w:space="0"/>
        </w:tcBorders>
        <w:shd w:val="clear" w:color="auto" w:fill="F79646" w:themeFill="accent6"/>
      </w:tcPr>
    </w:tblStylePr>
    <w:tblStylePr w:type="lastCol">
      <w:rPr>
        <w:b/>
        <w:bCs/>
        <w:color w:themeColor="background1"/>
      </w:rPr>
      <w:tblPr/>
      <w:tcPr>
        <w:tcBorders>
          <w:left w:val="nil" w:sz="0" w:space="0"/>
          <w:right w:val="nil" w:sz="0" w:space="0"/>
          <w:insideH w:val="nil" w:sz="0" w:space="0"/>
          <w:insideV w:val="nil" w:sz="0" w:space="0"/>
        </w:tcBorders>
        <w:shd w:val="clear" w:color="auto" w:fill="F79646" w:themeFill="accent6"/>
      </w:tcPr>
    </w:tblStylePr>
    <w:tblStylePr w:type="band1Vert">
      <w:tblPr/>
      <w:tcPr>
        <w:tcBorders>
          <w:left w:val="nil" w:sz="0" w:space="0"/>
          <w:right w:val="nil" w:sz="0" w:space="0"/>
          <w:insideH w:val="nil" w:sz="0" w:space="0"/>
          <w:insideV w:val="nil" w:sz="0" w:space="0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 w:sz="0" w:space="0"/>
          <w:bottom w:val="single" w:color="auto" w:sz="18" w:space="0"/>
          <w:right w:val="nil" w:sz="0" w:space="0"/>
          <w:insideH w:val="nil" w:sz="0" w:space="0"/>
          <w:insideV w:val="nil" w:sz="0" w:space="0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 w:sz="0" w:space="0"/>
          <w:bottom w:val="single" w:color="auto" w:sz="18" w:space="0"/>
          <w:right w:val="nil" w:sz="0" w:space="0"/>
          <w:insideH w:val="nil" w:sz="0" w:space="0"/>
          <w:insideV w:val="nil" w:sz="0" w:space="0"/>
        </w:tcBorders>
      </w:tcPr>
    </w:tblStylePr>
  </w:style>
  <w:style w:type="table" w:styleId="ListaMdia1">
    <w:name w:val="Medium List 1"/>
    <w:basedOn w:val="Tabelanormal"/>
    <w:uiPriority w:val="65"/>
    <w:rsid w:val="00cb0664"/>
    <w:rPr>
      <w:color w:themeColor="text1"/>
    </w:rPr>
    <w:tblPr>
      <w:tblStyleRowBandSize w:val="1"/>
      <w:tblStyleColBandSize w:val="1"/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 w:sz="0" w:space="0"/>
          <w:bottom w:val="single" w:color="000000" w:themeColor="text1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dia1-nfase1">
    <w:name w:val="Medium List 1 Accent 1"/>
    <w:basedOn w:val="Tabelanormal"/>
    <w:uiPriority w:val="65"/>
    <w:rsid w:val="00cb0664"/>
    <w:rPr>
      <w:color w:themeColor="text1"/>
    </w:rPr>
    <w:tblPr>
      <w:tblStyleRowBandSize w:val="1"/>
      <w:tblStyleColBandSize w:val="1"/>
      <w:tblBorders>
        <w:top w:val="single" w:color="4F81BD" w:themeColor="accent1" w:sz="8" w:space="0"/>
        <w:bottom w:val="single" w:color="4F81BD" w:themeColor="accent1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 w:sz="0" w:space="0"/>
          <w:bottom w:val="single" w:color="4F81BD" w:themeColor="accent1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dia1-nfase2">
    <w:name w:val="Medium List 1 Accent 2"/>
    <w:basedOn w:val="Tabelanormal"/>
    <w:uiPriority w:val="65"/>
    <w:rsid w:val="00cb0664"/>
    <w:rPr>
      <w:color w:themeColor="text1"/>
    </w:rPr>
    <w:tblPr>
      <w:tblStyleRowBandSize w:val="1"/>
      <w:tblStyleColBandSize w:val="1"/>
      <w:tblBorders>
        <w:top w:val="single" w:color="C0504D" w:themeColor="accent2" w:sz="8" w:space="0"/>
        <w:bottom w:val="single" w:color="C0504D" w:themeColor="accent2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 w:sz="0" w:space="0"/>
          <w:bottom w:val="single" w:color="C0504D" w:themeColor="accent2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dia1-nfase3">
    <w:name w:val="Medium List 1 Accent 3"/>
    <w:basedOn w:val="Tabelanormal"/>
    <w:uiPriority w:val="65"/>
    <w:rsid w:val="00cb0664"/>
    <w:rPr>
      <w:color w:themeColor="text1"/>
    </w:rPr>
    <w:tblPr>
      <w:tblStyleRowBandSize w:val="1"/>
      <w:tblStyleColBandSize w:val="1"/>
      <w:tblBorders>
        <w:top w:val="single" w:color="9BBB59" w:themeColor="accent3" w:sz="8" w:space="0"/>
        <w:bottom w:val="single" w:color="9BBB59" w:themeColor="accent3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 w:sz="0" w:space="0"/>
          <w:bottom w:val="single" w:color="9BBB59" w:themeColor="accent3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dia1-nfase4">
    <w:name w:val="Medium List 1 Accent 4"/>
    <w:basedOn w:val="Tabelanormal"/>
    <w:uiPriority w:val="65"/>
    <w:rsid w:val="00cb0664"/>
    <w:rPr>
      <w:color w:themeColor="text1"/>
    </w:rPr>
    <w:tblPr>
      <w:tblStyleRowBandSize w:val="1"/>
      <w:tblStyleColBandSize w:val="1"/>
      <w:tblBorders>
        <w:top w:val="single" w:color="8064A2" w:themeColor="accent4" w:sz="8" w:space="0"/>
        <w:bottom w:val="single" w:color="8064A2" w:themeColor="accent4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 w:sz="0" w:space="0"/>
          <w:bottom w:val="single" w:color="8064A2" w:themeColor="accent4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dia1-nfase5">
    <w:name w:val="Medium List 1 Accent 5"/>
    <w:basedOn w:val="Tabelanormal"/>
    <w:uiPriority w:val="65"/>
    <w:rsid w:val="00cb0664"/>
    <w:rPr>
      <w:color w:themeColor="text1"/>
    </w:rPr>
    <w:tblPr>
      <w:tblStyleRowBandSize w:val="1"/>
      <w:tblStyleColBandSize w:val="1"/>
      <w:tblBorders>
        <w:top w:val="single" w:color="4BACC6" w:themeColor="accent5" w:sz="8" w:space="0"/>
        <w:bottom w:val="single" w:color="4BACC6" w:themeColor="accent5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 w:sz="0" w:space="0"/>
          <w:bottom w:val="single" w:color="4BACC6" w:themeColor="accent5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dia1-nfase6">
    <w:name w:val="Medium List 1 Accent 6"/>
    <w:basedOn w:val="Tabelanormal"/>
    <w:uiPriority w:val="65"/>
    <w:rsid w:val="00cb0664"/>
    <w:rPr>
      <w:color w:themeColor="text1"/>
    </w:rPr>
    <w:tblPr>
      <w:tblStyleRowBandSize w:val="1"/>
      <w:tblStyleColBandSize w:val="1"/>
      <w:tblBorders>
        <w:top w:val="single" w:color="F79646" w:themeColor="accent6" w:sz="8" w:space="0"/>
        <w:bottom w:val="single" w:color="F79646" w:themeColor="accent6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 w:sz="0" w:space="0"/>
          <w:bottom w:val="single" w:color="F79646" w:themeColor="accent6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dia2">
    <w:name w:val="Medium List 2"/>
    <w:basedOn w:val="Tabelanormal"/>
    <w:uiPriority w:val="66"/>
    <w:rsid w:val="00cb0664"/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</w:tblPr>
    <w:tblStylePr w:type="firstRow">
      <w:rPr>
        <w:sz w:val="24"/>
        <w:szCs w:val="24"/>
      </w:rPr>
      <w:tblPr/>
      <w:tcPr>
        <w:tcBorders>
          <w:top w:val="nil" w:sz="0" w:space="0"/>
          <w:left w:val="nil" w:sz="0" w:space="0"/>
          <w:bottom w:val="single" w:color="000000" w:themeColor="text1" w:sz="24" w:space="0"/>
          <w:right w:val="nil" w:sz="0" w:space="0"/>
          <w:insideH w:val="nil" w:sz="0" w:space="0"/>
          <w:insideV w:val="nil" w:sz="0" w:space="0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 w:sz="0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FFFFFF" w:themeFill="background1"/>
      </w:tcPr>
    </w:tblStylePr>
    <w:tblStylePr w:type="firstCol">
      <w:tblPr/>
      <w:tcPr>
        <w:tcBorders>
          <w:top w:val="nil" w:sz="0" w:space="0"/>
          <w:left w:val="nil" w:sz="0" w:space="0"/>
          <w:bottom w:val="nil" w:sz="0" w:space="0"/>
          <w:right w:val="single" w:color="000000" w:themeColor="text1" w:sz="8" w:space="0"/>
          <w:insideH w:val="nil" w:sz="0" w:space="0"/>
          <w:insideV w:val="nil" w:sz="0" w:space="0"/>
        </w:tcBorders>
        <w:shd w:val="clear" w:color="auto" w:fill="FFFFFF" w:themeFill="background1"/>
      </w:tcPr>
    </w:tblStylePr>
    <w:tblStylePr w:type="lastCol">
      <w:tblPr/>
      <w:tcPr>
        <w:tcBorders>
          <w:top w:val="nil" w:sz="0" w:space="0"/>
          <w:left w:val="single" w:color="000000" w:themeColor="text1" w:sz="8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FFFFFF" w:themeFill="background1"/>
      </w:tcPr>
    </w:tblStylePr>
    <w:tblStylePr w:type="band1Vert">
      <w:tblPr/>
      <w:tcPr>
        <w:tcBorders>
          <w:left w:val="nil" w:sz="0" w:space="0"/>
          <w:right w:val="nil" w:sz="0" w:space="0"/>
          <w:insideH w:val="nil" w:sz="0" w:space="0"/>
          <w:insideV w:val="nil" w:sz="0" w:space="0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 w:sz="0" w:space="0"/>
          <w:bottom w:val="nil" w:sz="0" w:space="0"/>
          <w:insideH w:val="nil" w:sz="0" w:space="0"/>
          <w:insideV w:val="nil" w:sz="0" w:space="0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 w:sz="0" w:space="0"/>
        </w:tcBorders>
      </w:tcPr>
    </w:tblStylePr>
  </w:style>
  <w:style w:type="table" w:styleId="ListaMdia2-nfase1">
    <w:name w:val="Medium List 2 Accent 1"/>
    <w:basedOn w:val="Tabelanormal"/>
    <w:uiPriority w:val="66"/>
    <w:rsid w:val="00cb0664"/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</w:tblPr>
    <w:tblStylePr w:type="firstRow">
      <w:rPr>
        <w:sz w:val="24"/>
        <w:szCs w:val="24"/>
      </w:rPr>
      <w:tblPr/>
      <w:tcPr>
        <w:tcBorders>
          <w:top w:val="nil" w:sz="0" w:space="0"/>
          <w:left w:val="nil" w:sz="0" w:space="0"/>
          <w:bottom w:val="single" w:color="4F81BD" w:themeColor="accent1" w:sz="24" w:space="0"/>
          <w:right w:val="nil" w:sz="0" w:space="0"/>
          <w:insideH w:val="nil" w:sz="0" w:space="0"/>
          <w:insideV w:val="nil" w:sz="0" w:space="0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 w:sz="0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FFFFFF" w:themeFill="background1"/>
      </w:tcPr>
    </w:tblStylePr>
    <w:tblStylePr w:type="firstCol">
      <w:tblPr/>
      <w:tcPr>
        <w:tcBorders>
          <w:top w:val="nil" w:sz="0" w:space="0"/>
          <w:left w:val="nil" w:sz="0" w:space="0"/>
          <w:bottom w:val="nil" w:sz="0" w:space="0"/>
          <w:right w:val="single" w:color="4F81BD" w:themeColor="accent1" w:sz="8" w:space="0"/>
          <w:insideH w:val="nil" w:sz="0" w:space="0"/>
          <w:insideV w:val="nil" w:sz="0" w:space="0"/>
        </w:tcBorders>
        <w:shd w:val="clear" w:color="auto" w:fill="FFFFFF" w:themeFill="background1"/>
      </w:tcPr>
    </w:tblStylePr>
    <w:tblStylePr w:type="lastCol">
      <w:tblPr/>
      <w:tcPr>
        <w:tcBorders>
          <w:top w:val="nil" w:sz="0" w:space="0"/>
          <w:left w:val="single" w:color="4F81BD" w:themeColor="accent1" w:sz="8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FFFFFF" w:themeFill="background1"/>
      </w:tcPr>
    </w:tblStylePr>
    <w:tblStylePr w:type="band1Vert">
      <w:tblPr/>
      <w:tcPr>
        <w:tcBorders>
          <w:left w:val="nil" w:sz="0" w:space="0"/>
          <w:right w:val="nil" w:sz="0" w:space="0"/>
          <w:insideH w:val="nil" w:sz="0" w:space="0"/>
          <w:insideV w:val="nil" w:sz="0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 w:sz="0" w:space="0"/>
          <w:bottom w:val="nil" w:sz="0" w:space="0"/>
          <w:insideH w:val="nil" w:sz="0" w:space="0"/>
          <w:insideV w:val="nil" w:sz="0" w:space="0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 w:sz="0" w:space="0"/>
        </w:tcBorders>
      </w:tcPr>
    </w:tblStylePr>
  </w:style>
  <w:style w:type="table" w:styleId="ListaMdia2-nfase2">
    <w:name w:val="Medium List 2 Accent 2"/>
    <w:basedOn w:val="Tabelanormal"/>
    <w:uiPriority w:val="66"/>
    <w:rsid w:val="00cb0664"/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</w:tblPr>
    <w:tblStylePr w:type="firstRow">
      <w:rPr>
        <w:sz w:val="24"/>
        <w:szCs w:val="24"/>
      </w:rPr>
      <w:tblPr/>
      <w:tcPr>
        <w:tcBorders>
          <w:top w:val="nil" w:sz="0" w:space="0"/>
          <w:left w:val="nil" w:sz="0" w:space="0"/>
          <w:bottom w:val="single" w:color="C0504D" w:themeColor="accent2" w:sz="24" w:space="0"/>
          <w:right w:val="nil" w:sz="0" w:space="0"/>
          <w:insideH w:val="nil" w:sz="0" w:space="0"/>
          <w:insideV w:val="nil" w:sz="0" w:space="0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 w:sz="0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FFFFFF" w:themeFill="background1"/>
      </w:tcPr>
    </w:tblStylePr>
    <w:tblStylePr w:type="firstCol">
      <w:tblPr/>
      <w:tcPr>
        <w:tcBorders>
          <w:top w:val="nil" w:sz="0" w:space="0"/>
          <w:left w:val="nil" w:sz="0" w:space="0"/>
          <w:bottom w:val="nil" w:sz="0" w:space="0"/>
          <w:right w:val="single" w:color="C0504D" w:themeColor="accent2" w:sz="8" w:space="0"/>
          <w:insideH w:val="nil" w:sz="0" w:space="0"/>
          <w:insideV w:val="nil" w:sz="0" w:space="0"/>
        </w:tcBorders>
        <w:shd w:val="clear" w:color="auto" w:fill="FFFFFF" w:themeFill="background1"/>
      </w:tcPr>
    </w:tblStylePr>
    <w:tblStylePr w:type="lastCol">
      <w:tblPr/>
      <w:tcPr>
        <w:tcBorders>
          <w:top w:val="nil" w:sz="0" w:space="0"/>
          <w:left w:val="single" w:color="C0504D" w:themeColor="accent2" w:sz="8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FFFFFF" w:themeFill="background1"/>
      </w:tcPr>
    </w:tblStylePr>
    <w:tblStylePr w:type="band1Vert">
      <w:tblPr/>
      <w:tcPr>
        <w:tcBorders>
          <w:left w:val="nil" w:sz="0" w:space="0"/>
          <w:right w:val="nil" w:sz="0" w:space="0"/>
          <w:insideH w:val="nil" w:sz="0" w:space="0"/>
          <w:insideV w:val="nil" w:sz="0" w:space="0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 w:sz="0" w:space="0"/>
          <w:bottom w:val="nil" w:sz="0" w:space="0"/>
          <w:insideH w:val="nil" w:sz="0" w:space="0"/>
          <w:insideV w:val="nil" w:sz="0" w:space="0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 w:sz="0" w:space="0"/>
        </w:tcBorders>
      </w:tcPr>
    </w:tblStylePr>
  </w:style>
  <w:style w:type="table" w:styleId="ListaMdia2-nfase3">
    <w:name w:val="Medium List 2 Accent 3"/>
    <w:basedOn w:val="Tabelanormal"/>
    <w:uiPriority w:val="66"/>
    <w:rsid w:val="00cb0664"/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</w:tblPr>
    <w:tblStylePr w:type="firstRow">
      <w:rPr>
        <w:sz w:val="24"/>
        <w:szCs w:val="24"/>
      </w:rPr>
      <w:tblPr/>
      <w:tcPr>
        <w:tcBorders>
          <w:top w:val="nil" w:sz="0" w:space="0"/>
          <w:left w:val="nil" w:sz="0" w:space="0"/>
          <w:bottom w:val="single" w:color="9BBB59" w:themeColor="accent3" w:sz="24" w:space="0"/>
          <w:right w:val="nil" w:sz="0" w:space="0"/>
          <w:insideH w:val="nil" w:sz="0" w:space="0"/>
          <w:insideV w:val="nil" w:sz="0" w:space="0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 w:sz="0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FFFFFF" w:themeFill="background1"/>
      </w:tcPr>
    </w:tblStylePr>
    <w:tblStylePr w:type="firstCol">
      <w:tblPr/>
      <w:tcPr>
        <w:tcBorders>
          <w:top w:val="nil" w:sz="0" w:space="0"/>
          <w:left w:val="nil" w:sz="0" w:space="0"/>
          <w:bottom w:val="nil" w:sz="0" w:space="0"/>
          <w:right w:val="single" w:color="9BBB59" w:themeColor="accent3" w:sz="8" w:space="0"/>
          <w:insideH w:val="nil" w:sz="0" w:space="0"/>
          <w:insideV w:val="nil" w:sz="0" w:space="0"/>
        </w:tcBorders>
        <w:shd w:val="clear" w:color="auto" w:fill="FFFFFF" w:themeFill="background1"/>
      </w:tcPr>
    </w:tblStylePr>
    <w:tblStylePr w:type="lastCol">
      <w:tblPr/>
      <w:tcPr>
        <w:tcBorders>
          <w:top w:val="nil" w:sz="0" w:space="0"/>
          <w:left w:val="single" w:color="9BBB59" w:themeColor="accent3" w:sz="8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FFFFFF" w:themeFill="background1"/>
      </w:tcPr>
    </w:tblStylePr>
    <w:tblStylePr w:type="band1Vert">
      <w:tblPr/>
      <w:tcPr>
        <w:tcBorders>
          <w:left w:val="nil" w:sz="0" w:space="0"/>
          <w:right w:val="nil" w:sz="0" w:space="0"/>
          <w:insideH w:val="nil" w:sz="0" w:space="0"/>
          <w:insideV w:val="nil" w:sz="0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 w:sz="0" w:space="0"/>
          <w:bottom w:val="nil" w:sz="0" w:space="0"/>
          <w:insideH w:val="nil" w:sz="0" w:space="0"/>
          <w:insideV w:val="nil" w:sz="0" w:space="0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 w:sz="0" w:space="0"/>
        </w:tcBorders>
      </w:tcPr>
    </w:tblStylePr>
  </w:style>
  <w:style w:type="table" w:styleId="ListaMdia2-nfase4">
    <w:name w:val="Medium List 2 Accent 4"/>
    <w:basedOn w:val="Tabelanormal"/>
    <w:uiPriority w:val="66"/>
    <w:rsid w:val="00cb0664"/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</w:tblPr>
    <w:tblStylePr w:type="firstRow">
      <w:rPr>
        <w:sz w:val="24"/>
        <w:szCs w:val="24"/>
      </w:rPr>
      <w:tblPr/>
      <w:tcPr>
        <w:tcBorders>
          <w:top w:val="nil" w:sz="0" w:space="0"/>
          <w:left w:val="nil" w:sz="0" w:space="0"/>
          <w:bottom w:val="single" w:color="8064A2" w:themeColor="accent4" w:sz="24" w:space="0"/>
          <w:right w:val="nil" w:sz="0" w:space="0"/>
          <w:insideH w:val="nil" w:sz="0" w:space="0"/>
          <w:insideV w:val="nil" w:sz="0" w:space="0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 w:sz="0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FFFFFF" w:themeFill="background1"/>
      </w:tcPr>
    </w:tblStylePr>
    <w:tblStylePr w:type="firstCol">
      <w:tblPr/>
      <w:tcPr>
        <w:tcBorders>
          <w:top w:val="nil" w:sz="0" w:space="0"/>
          <w:left w:val="nil" w:sz="0" w:space="0"/>
          <w:bottom w:val="nil" w:sz="0" w:space="0"/>
          <w:right w:val="single" w:color="8064A2" w:themeColor="accent4" w:sz="8" w:space="0"/>
          <w:insideH w:val="nil" w:sz="0" w:space="0"/>
          <w:insideV w:val="nil" w:sz="0" w:space="0"/>
        </w:tcBorders>
        <w:shd w:val="clear" w:color="auto" w:fill="FFFFFF" w:themeFill="background1"/>
      </w:tcPr>
    </w:tblStylePr>
    <w:tblStylePr w:type="lastCol">
      <w:tblPr/>
      <w:tcPr>
        <w:tcBorders>
          <w:top w:val="nil" w:sz="0" w:space="0"/>
          <w:left w:val="single" w:color="8064A2" w:themeColor="accent4" w:sz="8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FFFFFF" w:themeFill="background1"/>
      </w:tcPr>
    </w:tblStylePr>
    <w:tblStylePr w:type="band1Vert">
      <w:tblPr/>
      <w:tcPr>
        <w:tcBorders>
          <w:left w:val="nil" w:sz="0" w:space="0"/>
          <w:right w:val="nil" w:sz="0" w:space="0"/>
          <w:insideH w:val="nil" w:sz="0" w:space="0"/>
          <w:insideV w:val="nil" w:sz="0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 w:sz="0" w:space="0"/>
          <w:bottom w:val="nil" w:sz="0" w:space="0"/>
          <w:insideH w:val="nil" w:sz="0" w:space="0"/>
          <w:insideV w:val="nil" w:sz="0" w:space="0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 w:sz="0" w:space="0"/>
        </w:tcBorders>
      </w:tcPr>
    </w:tblStylePr>
  </w:style>
  <w:style w:type="table" w:styleId="ListaMdia2-nfase5">
    <w:name w:val="Medium List 2 Accent 5"/>
    <w:basedOn w:val="Tabelanormal"/>
    <w:uiPriority w:val="66"/>
    <w:rsid w:val="00cb0664"/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</w:tblPr>
    <w:tblStylePr w:type="firstRow">
      <w:rPr>
        <w:sz w:val="24"/>
        <w:szCs w:val="24"/>
      </w:rPr>
      <w:tblPr/>
      <w:tcPr>
        <w:tcBorders>
          <w:top w:val="nil" w:sz="0" w:space="0"/>
          <w:left w:val="nil" w:sz="0" w:space="0"/>
          <w:bottom w:val="single" w:color="4BACC6" w:themeColor="accent5" w:sz="24" w:space="0"/>
          <w:right w:val="nil" w:sz="0" w:space="0"/>
          <w:insideH w:val="nil" w:sz="0" w:space="0"/>
          <w:insideV w:val="nil" w:sz="0" w:space="0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 w:sz="0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FFFFFF" w:themeFill="background1"/>
      </w:tcPr>
    </w:tblStylePr>
    <w:tblStylePr w:type="firstCol">
      <w:tblPr/>
      <w:tcPr>
        <w:tcBorders>
          <w:top w:val="nil" w:sz="0" w:space="0"/>
          <w:left w:val="nil" w:sz="0" w:space="0"/>
          <w:bottom w:val="nil" w:sz="0" w:space="0"/>
          <w:right w:val="single" w:color="4BACC6" w:themeColor="accent5" w:sz="8" w:space="0"/>
          <w:insideH w:val="nil" w:sz="0" w:space="0"/>
          <w:insideV w:val="nil" w:sz="0" w:space="0"/>
        </w:tcBorders>
        <w:shd w:val="clear" w:color="auto" w:fill="FFFFFF" w:themeFill="background1"/>
      </w:tcPr>
    </w:tblStylePr>
    <w:tblStylePr w:type="lastCol">
      <w:tblPr/>
      <w:tcPr>
        <w:tcBorders>
          <w:top w:val="nil" w:sz="0" w:space="0"/>
          <w:left w:val="single" w:color="4BACC6" w:themeColor="accent5" w:sz="8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FFFFFF" w:themeFill="background1"/>
      </w:tcPr>
    </w:tblStylePr>
    <w:tblStylePr w:type="band1Vert">
      <w:tblPr/>
      <w:tcPr>
        <w:tcBorders>
          <w:left w:val="nil" w:sz="0" w:space="0"/>
          <w:right w:val="nil" w:sz="0" w:space="0"/>
          <w:insideH w:val="nil" w:sz="0" w:space="0"/>
          <w:insideV w:val="nil" w:sz="0" w:space="0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 w:sz="0" w:space="0"/>
          <w:bottom w:val="nil" w:sz="0" w:space="0"/>
          <w:insideH w:val="nil" w:sz="0" w:space="0"/>
          <w:insideV w:val="nil" w:sz="0" w:space="0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 w:sz="0" w:space="0"/>
        </w:tcBorders>
      </w:tcPr>
    </w:tblStylePr>
  </w:style>
  <w:style w:type="table" w:styleId="ListaMdia2-nfase6">
    <w:name w:val="Medium List 2 Accent 6"/>
    <w:basedOn w:val="Tabelanormal"/>
    <w:uiPriority w:val="66"/>
    <w:rsid w:val="00cb0664"/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</w:tblPr>
    <w:tblStylePr w:type="firstRow">
      <w:rPr>
        <w:sz w:val="24"/>
        <w:szCs w:val="24"/>
      </w:rPr>
      <w:tblPr/>
      <w:tcPr>
        <w:tcBorders>
          <w:top w:val="nil" w:sz="0" w:space="0"/>
          <w:left w:val="nil" w:sz="0" w:space="0"/>
          <w:bottom w:val="single" w:color="F79646" w:themeColor="accent6" w:sz="24" w:space="0"/>
          <w:right w:val="nil" w:sz="0" w:space="0"/>
          <w:insideH w:val="nil" w:sz="0" w:space="0"/>
          <w:insideV w:val="nil" w:sz="0" w:space="0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 w:sz="0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FFFFFF" w:themeFill="background1"/>
      </w:tcPr>
    </w:tblStylePr>
    <w:tblStylePr w:type="firstCol">
      <w:tblPr/>
      <w:tcPr>
        <w:tcBorders>
          <w:top w:val="nil" w:sz="0" w:space="0"/>
          <w:left w:val="nil" w:sz="0" w:space="0"/>
          <w:bottom w:val="nil" w:sz="0" w:space="0"/>
          <w:right w:val="single" w:color="F79646" w:themeColor="accent6" w:sz="8" w:space="0"/>
          <w:insideH w:val="nil" w:sz="0" w:space="0"/>
          <w:insideV w:val="nil" w:sz="0" w:space="0"/>
        </w:tcBorders>
        <w:shd w:val="clear" w:color="auto" w:fill="FFFFFF" w:themeFill="background1"/>
      </w:tcPr>
    </w:tblStylePr>
    <w:tblStylePr w:type="lastCol">
      <w:tblPr/>
      <w:tcPr>
        <w:tcBorders>
          <w:top w:val="nil" w:sz="0" w:space="0"/>
          <w:left w:val="single" w:color="F79646" w:themeColor="accent6" w:sz="8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FFFFFF" w:themeFill="background1"/>
      </w:tcPr>
    </w:tblStylePr>
    <w:tblStylePr w:type="band1Vert">
      <w:tblPr/>
      <w:tcPr>
        <w:tcBorders>
          <w:left w:val="nil" w:sz="0" w:space="0"/>
          <w:right w:val="nil" w:sz="0" w:space="0"/>
          <w:insideH w:val="nil" w:sz="0" w:space="0"/>
          <w:insideV w:val="nil" w:sz="0" w:space="0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 w:sz="0" w:space="0"/>
          <w:bottom w:val="nil" w:sz="0" w:space="0"/>
          <w:insideH w:val="nil" w:sz="0" w:space="0"/>
          <w:insideV w:val="nil" w:sz="0" w:space="0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 w:sz="0" w:space="0"/>
        </w:tcBorders>
      </w:tcPr>
    </w:tblStylePr>
  </w:style>
  <w:style w:type="table" w:styleId="GradeMdia1">
    <w:name w:val="Medium Grid 1"/>
    <w:basedOn w:val="Tabelanormal"/>
    <w:uiPriority w:val="67"/>
    <w:rsid w:val="00cb0664"/>
    <w:tblPr>
      <w:tblStyleRowBandSize w:val="1"/>
      <w:tblStyleColBandSize w:val="1"/>
      <w:tblBorders>
        <w:top w:val="single" w:color="404040" w:themeColor="text1" w:themeTint="bf" w:sz="8" w:space="0"/>
        <w:left w:val="single" w:color="404040" w:themeColor="text1" w:themeTint="bf" w:sz="8" w:space="0"/>
        <w:bottom w:val="single" w:color="404040" w:themeColor="text1" w:themeTint="bf" w:sz="8" w:space="0"/>
        <w:right w:val="single" w:color="404040" w:themeColor="text1" w:themeTint="bf" w:sz="8" w:space="0"/>
        <w:insideH w:val="single" w:color="404040" w:themeColor="text1" w:themeTint="bf" w:sz="8" w:space="0"/>
        <w:insideV w:val="single" w:color="404040" w:themeColor="text1" w:themeTint="bf" w:sz="8" w:space="0"/>
      </w:tblBorders>
    </w:tblPr>
    <w:tcPr>
      <w:shd w:val="clear" w:color="auto" w:fill="C0C0C0" w:themeFill="text1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000000" w:themeColor="text1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Mdia1-nfase1">
    <w:name w:val="Medium Grid 1 Accent 1"/>
    <w:basedOn w:val="Tabelanormal"/>
    <w:uiPriority w:val="67"/>
    <w:rsid w:val="00cb0664"/>
    <w:tblPr>
      <w:tblStyleRowBandSize w:val="1"/>
      <w:tblStyleColBandSize w:val="1"/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</w:tblPr>
    <w:tcPr>
      <w:shd w:val="clear" w:color="auto" w:fill="D3DFEE" w:themeFill="accent1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4F81BD" w:themeColor="accent1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Mdia1-nfase2">
    <w:name w:val="Medium Grid 1 Accent 2"/>
    <w:basedOn w:val="Tabelanormal"/>
    <w:uiPriority w:val="67"/>
    <w:rsid w:val="00cb0664"/>
    <w:tblPr>
      <w:tblStyleRowBandSize w:val="1"/>
      <w:tblStyleColBandSize w:val="1"/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</w:tblPr>
    <w:tcPr>
      <w:shd w:val="clear" w:color="auto" w:fill="EFD3D2" w:themeFill="accent2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C0504D" w:themeColor="accent2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Mdia1-nfase3">
    <w:name w:val="Medium Grid 1 Accent 3"/>
    <w:basedOn w:val="Tabelanormal"/>
    <w:uiPriority w:val="67"/>
    <w:rsid w:val="00cb0664"/>
    <w:tblPr>
      <w:tblStyleRowBandSize w:val="1"/>
      <w:tblStyleColBandSize w:val="1"/>
      <w:tblBorders>
        <w:top w:val="single" w:color="B3CC82" w:themeColor="accent3" w:themeTint="bf" w:sz="8" w:space="0"/>
        <w:left w:val="single" w:color="B3CC82" w:themeColor="accent3" w:themeTint="bf" w:sz="8" w:space="0"/>
        <w:bottom w:val="single" w:color="B3CC82" w:themeColor="accent3" w:themeTint="bf" w:sz="8" w:space="0"/>
        <w:right w:val="single" w:color="B3CC82" w:themeColor="accent3" w:themeTint="bf" w:sz="8" w:space="0"/>
        <w:insideH w:val="single" w:color="B3CC82" w:themeColor="accent3" w:themeTint="bf" w:sz="8" w:space="0"/>
        <w:insideV w:val="single" w:color="B3CC82" w:themeColor="accent3" w:themeTint="bf" w:sz="8" w:space="0"/>
      </w:tblBorders>
    </w:tblPr>
    <w:tcPr>
      <w:shd w:val="clear" w:color="auto" w:fill="E6EED5" w:themeFill="accent3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9BBB59" w:themeColor="accent3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Mdia1-nfase4">
    <w:name w:val="Medium Grid 1 Accent 4"/>
    <w:basedOn w:val="Tabelanormal"/>
    <w:uiPriority w:val="67"/>
    <w:rsid w:val="00cb0664"/>
    <w:tblPr>
      <w:tblStyleRowBandSize w:val="1"/>
      <w:tblStyleColBandSize w:val="1"/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</w:tblPr>
    <w:tcPr>
      <w:shd w:val="clear" w:color="auto" w:fill="DFD8E8" w:themeFill="accent4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8064A2" w:themeColor="accent4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Mdia1-nfase5">
    <w:name w:val="Medium Grid 1 Accent 5"/>
    <w:basedOn w:val="Tabelanormal"/>
    <w:uiPriority w:val="67"/>
    <w:rsid w:val="00cb0664"/>
    <w:tblPr>
      <w:tblStyleRowBandSize w:val="1"/>
      <w:tblStyleColBandSize w:val="1"/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</w:tblPr>
    <w:tcPr>
      <w:shd w:val="clear" w:color="auto" w:fill="D2EAF1" w:themeFill="accent5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4BACC6" w:themeColor="accent5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Mdia1-nfase6">
    <w:name w:val="Medium Grid 1 Accent 6"/>
    <w:basedOn w:val="Tabelanormal"/>
    <w:uiPriority w:val="67"/>
    <w:rsid w:val="00cb0664"/>
    <w:tblPr>
      <w:tblStyleRowBandSize w:val="1"/>
      <w:tblStyleColBandSize w:val="1"/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</w:tblPr>
    <w:tcPr>
      <w:shd w:val="clear" w:color="auto" w:fill="FDE4D0" w:themeFill="accent6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F79646" w:themeColor="accent6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adeMdia2">
    <w:name w:val="Medium Grid 2"/>
    <w:basedOn w:val="Tabelanormal"/>
    <w:uiPriority w:val="68"/>
    <w:rsid w:val="00cb0664"/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</w:tblPr>
    <w:tcPr>
      <w:shd w:val="clear" w:color="auto" w:fill="C0C0C0" w:themeFill="text1" w:themeFillTint="3f"/>
    </w:tcPr>
    <w:tblStylePr w:type="firstRow">
      <w:rPr>
        <w:b/>
        <w:bCs/>
        <w:color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 w:sz="0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 w:sz="0" w:space="0"/>
          <w:left w:val="nil" w:sz="0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 w:sz="0" w:space="0"/>
          <w:left w:val="nil" w:sz="0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color="000000" w:themeColor="text1" w:sz="6" w:space="0"/>
          <w:insideV w:val="single" w:color="000000" w:themeColor="text1" w:sz="6" w:space="0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1">
    <w:name w:val="Medium Grid 2 Accent 1"/>
    <w:basedOn w:val="Tabelanormal"/>
    <w:uiPriority w:val="68"/>
    <w:rsid w:val="00cb0664"/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</w:tblPr>
    <w:tcPr>
      <w:shd w:val="clear" w:color="auto" w:fill="D3DFEE" w:themeFill="accent1" w:themeFillTint="3f"/>
    </w:tcPr>
    <w:tblStylePr w:type="firstRow">
      <w:rPr>
        <w:b/>
        <w:bCs/>
        <w:color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 w:sz="0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 w:sz="0" w:space="0"/>
          <w:left w:val="nil" w:sz="0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 w:sz="0" w:space="0"/>
          <w:left w:val="nil" w:sz="0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color="4F81BD" w:themeColor="accent1" w:sz="6" w:space="0"/>
          <w:insideV w:val="single" w:color="4F81BD" w:themeColor="accent1" w:sz="6" w:space="0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2">
    <w:name w:val="Medium Grid 2 Accent 2"/>
    <w:basedOn w:val="Tabelanormal"/>
    <w:uiPriority w:val="68"/>
    <w:rsid w:val="00cb0664"/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</w:tblPr>
    <w:tcPr>
      <w:shd w:val="clear" w:color="auto" w:fill="EFD3D2" w:themeFill="accent2" w:themeFillTint="3f"/>
    </w:tcPr>
    <w:tblStylePr w:type="firstRow">
      <w:rPr>
        <w:b/>
        <w:bCs/>
        <w:color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 w:sz="0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 w:sz="0" w:space="0"/>
          <w:left w:val="nil" w:sz="0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 w:sz="0" w:space="0"/>
          <w:left w:val="nil" w:sz="0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color="C0504D" w:themeColor="accent2" w:sz="6" w:space="0"/>
          <w:insideV w:val="single" w:color="C0504D" w:themeColor="accent2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3">
    <w:name w:val="Medium Grid 2 Accent 3"/>
    <w:basedOn w:val="Tabelanormal"/>
    <w:uiPriority w:val="68"/>
    <w:rsid w:val="00cb0664"/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</w:tblPr>
    <w:tcPr>
      <w:shd w:val="clear" w:color="auto" w:fill="E6EED5" w:themeFill="accent3" w:themeFillTint="3f"/>
    </w:tcPr>
    <w:tblStylePr w:type="firstRow">
      <w:rPr>
        <w:b/>
        <w:bCs/>
        <w:color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 w:sz="0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 w:sz="0" w:space="0"/>
          <w:left w:val="nil" w:sz="0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 w:sz="0" w:space="0"/>
          <w:left w:val="nil" w:sz="0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color="9BBB59" w:themeColor="accent3" w:sz="6" w:space="0"/>
          <w:insideV w:val="single" w:color="9BBB59" w:themeColor="accent3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4">
    <w:name w:val="Medium Grid 2 Accent 4"/>
    <w:basedOn w:val="Tabelanormal"/>
    <w:uiPriority w:val="68"/>
    <w:rsid w:val="00cb0664"/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</w:tblPr>
    <w:tcPr>
      <w:shd w:val="clear" w:color="auto" w:fill="DFD8E8" w:themeFill="accent4" w:themeFillTint="3f"/>
    </w:tcPr>
    <w:tblStylePr w:type="firstRow">
      <w:rPr>
        <w:b/>
        <w:bCs/>
        <w:color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 w:sz="0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 w:sz="0" w:space="0"/>
          <w:left w:val="nil" w:sz="0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 w:sz="0" w:space="0"/>
          <w:left w:val="nil" w:sz="0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color="8064A2" w:themeColor="accent4" w:sz="6" w:space="0"/>
          <w:insideV w:val="single" w:color="8064A2" w:themeColor="accent4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5">
    <w:name w:val="Medium Grid 2 Accent 5"/>
    <w:basedOn w:val="Tabelanormal"/>
    <w:uiPriority w:val="68"/>
    <w:rsid w:val="00cb0664"/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</w:tblPr>
    <w:tcPr>
      <w:shd w:val="clear" w:color="auto" w:fill="D2EAF1" w:themeFill="accent5" w:themeFillTint="3f"/>
    </w:tcPr>
    <w:tblStylePr w:type="firstRow">
      <w:rPr>
        <w:b/>
        <w:bCs/>
        <w:color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 w:sz="0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 w:sz="0" w:space="0"/>
          <w:left w:val="nil" w:sz="0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 w:sz="0" w:space="0"/>
          <w:left w:val="nil" w:sz="0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color="4BACC6" w:themeColor="accent5" w:sz="6" w:space="0"/>
          <w:insideV w:val="single" w:color="4BACC6" w:themeColor="accent5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6">
    <w:name w:val="Medium Grid 2 Accent 6"/>
    <w:basedOn w:val="Tabelanormal"/>
    <w:uiPriority w:val="68"/>
    <w:rsid w:val="00cb0664"/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</w:tblPr>
    <w:tcPr>
      <w:shd w:val="clear" w:color="auto" w:fill="FDE4D0" w:themeFill="accent6" w:themeFillTint="3f"/>
    </w:tcPr>
    <w:tblStylePr w:type="firstRow">
      <w:rPr>
        <w:b/>
        <w:bCs/>
        <w:color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 w:sz="0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 w:sz="0" w:space="0"/>
          <w:left w:val="nil" w:sz="0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 w:sz="0" w:space="0"/>
          <w:left w:val="nil" w:sz="0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color="F79646" w:themeColor="accent6" w:sz="6" w:space="0"/>
          <w:insideV w:val="single" w:color="F79646" w:themeColor="accent6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3">
    <w:name w:val="Medium Grid 3"/>
    <w:basedOn w:val="Tabelanormal"/>
    <w:uiPriority w:val="69"/>
    <w:rsid w:val="00cb0664"/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 w:sz="0" w:space="0"/>
          <w:insideV w:val="single" w:color="FFFFFF" w:themeColor="background1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 w:sz="0" w:space="0"/>
          <w:insideV w:val="single" w:color="FFFFFF" w:themeColor="background1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 w:sz="0" w:space="0"/>
          <w:insideV w:val="nil" w:sz="0" w:space="0"/>
        </w:tcBorders>
        <w:shd w:val="clear" w:color="auto" w:fill="000000" w:themeFill="text1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 w:sz="0" w:space="0"/>
          <w:left w:val="single" w:color="FFFFFF" w:themeColor="background1" w:sz="24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 w:sz="0" w:space="0"/>
          <w:insideV w:val="nil" w:sz="0" w:space="0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808080" w:themeFill="text1" w:themeFillTint="7f"/>
      </w:tcPr>
    </w:tblStylePr>
  </w:style>
  <w:style w:type="table" w:styleId="GradeMdia3-nfase1">
    <w:name w:val="Medium Grid 3 Accent 1"/>
    <w:basedOn w:val="Tabelanormal"/>
    <w:uiPriority w:val="69"/>
    <w:rsid w:val="00cb0664"/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 w:sz="0" w:space="0"/>
          <w:insideV w:val="single" w:color="FFFFFF" w:themeColor="background1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 w:sz="0" w:space="0"/>
          <w:insideV w:val="single" w:color="FFFFFF" w:themeColor="background1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 w:sz="0" w:space="0"/>
          <w:insideV w:val="nil" w:sz="0" w:space="0"/>
        </w:tcBorders>
        <w:shd w:val="clear" w:color="auto" w:fill="4F81BD" w:themeFill="accent1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 w:sz="0" w:space="0"/>
          <w:left w:val="single" w:color="FFFFFF" w:themeColor="background1" w:sz="24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 w:sz="0" w:space="0"/>
          <w:insideV w:val="nil" w:sz="0" w:space="0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A7BFDE" w:themeFill="accent1" w:themeFillTint="7f"/>
      </w:tcPr>
    </w:tblStylePr>
  </w:style>
  <w:style w:type="table" w:styleId="GradeMdia3-nfase2">
    <w:name w:val="Medium Grid 3 Accent 2"/>
    <w:basedOn w:val="Tabelanormal"/>
    <w:uiPriority w:val="69"/>
    <w:rsid w:val="00cb0664"/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 w:sz="0" w:space="0"/>
          <w:insideV w:val="single" w:color="FFFFFF" w:themeColor="background1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 w:sz="0" w:space="0"/>
          <w:insideV w:val="single" w:color="FFFFFF" w:themeColor="background1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 w:sz="0" w:space="0"/>
          <w:insideV w:val="nil" w:sz="0" w:space="0"/>
        </w:tcBorders>
        <w:shd w:val="clear" w:color="auto" w:fill="C0504D" w:themeFill="accent2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 w:sz="0" w:space="0"/>
          <w:left w:val="single" w:color="FFFFFF" w:themeColor="background1" w:sz="24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 w:sz="0" w:space="0"/>
          <w:insideV w:val="nil" w:sz="0" w:space="0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DFA7A6" w:themeFill="accent2" w:themeFillTint="7f"/>
      </w:tcPr>
    </w:tblStylePr>
  </w:style>
  <w:style w:type="table" w:styleId="GradeMdia3-nfase3">
    <w:name w:val="Medium Grid 3 Accent 3"/>
    <w:basedOn w:val="Tabelanormal"/>
    <w:uiPriority w:val="69"/>
    <w:rsid w:val="00cb0664"/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 w:sz="0" w:space="0"/>
          <w:insideV w:val="single" w:color="FFFFFF" w:themeColor="background1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 w:sz="0" w:space="0"/>
          <w:insideV w:val="single" w:color="FFFFFF" w:themeColor="background1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 w:sz="0" w:space="0"/>
          <w:insideV w:val="nil" w:sz="0" w:space="0"/>
        </w:tcBorders>
        <w:shd w:val="clear" w:color="auto" w:fill="9BBB59" w:themeFill="accent3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 w:sz="0" w:space="0"/>
          <w:left w:val="single" w:color="FFFFFF" w:themeColor="background1" w:sz="24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 w:sz="0" w:space="0"/>
          <w:insideV w:val="nil" w:sz="0" w:space="0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CDDDAC" w:themeFill="accent3" w:themeFillTint="7f"/>
      </w:tcPr>
    </w:tblStylePr>
  </w:style>
  <w:style w:type="table" w:styleId="GradeMdia3-nfase4">
    <w:name w:val="Medium Grid 3 Accent 4"/>
    <w:basedOn w:val="Tabelanormal"/>
    <w:uiPriority w:val="69"/>
    <w:rsid w:val="00cb0664"/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 w:sz="0" w:space="0"/>
          <w:insideV w:val="single" w:color="FFFFFF" w:themeColor="background1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 w:sz="0" w:space="0"/>
          <w:insideV w:val="single" w:color="FFFFFF" w:themeColor="background1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 w:sz="0" w:space="0"/>
          <w:insideV w:val="nil" w:sz="0" w:space="0"/>
        </w:tcBorders>
        <w:shd w:val="clear" w:color="auto" w:fill="8064A2" w:themeFill="accent4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 w:sz="0" w:space="0"/>
          <w:left w:val="single" w:color="FFFFFF" w:themeColor="background1" w:sz="24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 w:sz="0" w:space="0"/>
          <w:insideV w:val="nil" w:sz="0" w:space="0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BFB1D0" w:themeFill="accent4" w:themeFillTint="7f"/>
      </w:tcPr>
    </w:tblStylePr>
  </w:style>
  <w:style w:type="table" w:styleId="GradeMdia3-nfase5">
    <w:name w:val="Medium Grid 3 Accent 5"/>
    <w:basedOn w:val="Tabelanormal"/>
    <w:uiPriority w:val="69"/>
    <w:rsid w:val="00cb0664"/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 w:sz="0" w:space="0"/>
          <w:insideV w:val="single" w:color="FFFFFF" w:themeColor="background1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 w:sz="0" w:space="0"/>
          <w:insideV w:val="single" w:color="FFFFFF" w:themeColor="background1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 w:sz="0" w:space="0"/>
          <w:insideV w:val="nil" w:sz="0" w:space="0"/>
        </w:tcBorders>
        <w:shd w:val="clear" w:color="auto" w:fill="4BACC6" w:themeFill="accent5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 w:sz="0" w:space="0"/>
          <w:left w:val="single" w:color="FFFFFF" w:themeColor="background1" w:sz="24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 w:sz="0" w:space="0"/>
          <w:insideV w:val="nil" w:sz="0" w:space="0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A5D5E2" w:themeFill="accent5" w:themeFillTint="7f"/>
      </w:tcPr>
    </w:tblStylePr>
  </w:style>
  <w:style w:type="table" w:styleId="GradeMdia3-nfase6">
    <w:name w:val="Medium Grid 3 Accent 6"/>
    <w:basedOn w:val="Tabelanormal"/>
    <w:uiPriority w:val="69"/>
    <w:rsid w:val="00cb0664"/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 w:sz="0" w:space="0"/>
          <w:insideV w:val="single" w:color="FFFFFF" w:themeColor="background1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 w:sz="0" w:space="0"/>
          <w:insideV w:val="single" w:color="FFFFFF" w:themeColor="background1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 w:sz="0" w:space="0"/>
          <w:insideV w:val="nil" w:sz="0" w:space="0"/>
        </w:tcBorders>
        <w:shd w:val="clear" w:color="auto" w:fill="F79646" w:themeFill="accent6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 w:sz="0" w:space="0"/>
          <w:left w:val="single" w:color="FFFFFF" w:themeColor="background1" w:sz="24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 w:sz="0" w:space="0"/>
          <w:insideV w:val="nil" w:sz="0" w:space="0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FBCAA2" w:themeFill="accent6" w:themeFillTint="7f"/>
      </w:tcPr>
    </w:tblStylePr>
  </w:style>
  <w:style w:type="table" w:styleId="ListaEscura">
    <w:name w:val="Dark List"/>
    <w:basedOn w:val="Tabelanormal"/>
    <w:uiPriority w:val="70"/>
    <w:rsid w:val="00cb0664"/>
    <w:rPr>
      <w:color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 w:sz="0" w:space="0"/>
          <w:left w:val="nil" w:sz="0" w:space="0"/>
          <w:bottom w:val="single" w:color="FFFFFF" w:themeColor="background1" w:sz="18" w:space="0"/>
          <w:right w:val="nil" w:sz="0" w:space="0"/>
          <w:insideH w:val="nil" w:sz="0" w:space="0"/>
          <w:insideV w:val="nil" w:sz="0" w:space="0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 w:sz="0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 w:sz="0" w:space="0"/>
          <w:left w:val="nil" w:sz="0" w:space="0"/>
          <w:bottom w:val="nil" w:sz="0" w:space="0"/>
          <w:right w:val="single" w:color="FFFFFF" w:themeColor="background1" w:sz="18" w:space="0"/>
          <w:insideH w:val="nil" w:sz="0" w:space="0"/>
          <w:insideV w:val="nil" w:sz="0" w:space="0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 w:sz="0" w:space="0"/>
          <w:left w:val="single" w:color="FFFFFF" w:themeColor="background1" w:sz="18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 w:sz="0" w:space="0"/>
          <w:left w:val="nil" w:sz="0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 w:sz="0" w:space="0"/>
          <w:left w:val="nil" w:sz="0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000000" w:themeFill="text1" w:themeFillShade="bf"/>
      </w:tcPr>
    </w:tblStylePr>
  </w:style>
  <w:style w:type="table" w:styleId="ListaEscura-nfase1">
    <w:name w:val="Dark List Accent 1"/>
    <w:basedOn w:val="Tabelanormal"/>
    <w:uiPriority w:val="70"/>
    <w:rsid w:val="00cb0664"/>
    <w:rPr>
      <w:color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 w:sz="0" w:space="0"/>
          <w:left w:val="nil" w:sz="0" w:space="0"/>
          <w:bottom w:val="single" w:color="FFFFFF" w:themeColor="background1" w:sz="18" w:space="0"/>
          <w:right w:val="nil" w:sz="0" w:space="0"/>
          <w:insideH w:val="nil" w:sz="0" w:space="0"/>
          <w:insideV w:val="nil" w:sz="0" w:space="0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 w:sz="0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 w:sz="0" w:space="0"/>
          <w:left w:val="nil" w:sz="0" w:space="0"/>
          <w:bottom w:val="nil" w:sz="0" w:space="0"/>
          <w:right w:val="single" w:color="FFFFFF" w:themeColor="background1" w:sz="18" w:space="0"/>
          <w:insideH w:val="nil" w:sz="0" w:space="0"/>
          <w:insideV w:val="nil" w:sz="0" w:space="0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 w:sz="0" w:space="0"/>
          <w:left w:val="single" w:color="FFFFFF" w:themeColor="background1" w:sz="18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 w:sz="0" w:space="0"/>
          <w:left w:val="nil" w:sz="0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 w:sz="0" w:space="0"/>
          <w:left w:val="nil" w:sz="0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365F91" w:themeFill="accent1" w:themeFillShade="bf"/>
      </w:tcPr>
    </w:tblStylePr>
  </w:style>
  <w:style w:type="table" w:styleId="ListaEscura-nfase2">
    <w:name w:val="Dark List Accent 2"/>
    <w:basedOn w:val="Tabelanormal"/>
    <w:uiPriority w:val="70"/>
    <w:rsid w:val="00cb0664"/>
    <w:rPr>
      <w:color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 w:sz="0" w:space="0"/>
          <w:left w:val="nil" w:sz="0" w:space="0"/>
          <w:bottom w:val="single" w:color="FFFFFF" w:themeColor="background1" w:sz="18" w:space="0"/>
          <w:right w:val="nil" w:sz="0" w:space="0"/>
          <w:insideH w:val="nil" w:sz="0" w:space="0"/>
          <w:insideV w:val="nil" w:sz="0" w:space="0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 w:sz="0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 w:sz="0" w:space="0"/>
          <w:left w:val="nil" w:sz="0" w:space="0"/>
          <w:bottom w:val="nil" w:sz="0" w:space="0"/>
          <w:right w:val="single" w:color="FFFFFF" w:themeColor="background1" w:sz="18" w:space="0"/>
          <w:insideH w:val="nil" w:sz="0" w:space="0"/>
          <w:insideV w:val="nil" w:sz="0" w:space="0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 w:sz="0" w:space="0"/>
          <w:left w:val="single" w:color="FFFFFF" w:themeColor="background1" w:sz="18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 w:sz="0" w:space="0"/>
          <w:left w:val="nil" w:sz="0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 w:sz="0" w:space="0"/>
          <w:left w:val="nil" w:sz="0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943634" w:themeFill="accent2" w:themeFillShade="bf"/>
      </w:tcPr>
    </w:tblStylePr>
  </w:style>
  <w:style w:type="table" w:styleId="ListaEscura-nfase3">
    <w:name w:val="Dark List Accent 3"/>
    <w:basedOn w:val="Tabelanormal"/>
    <w:uiPriority w:val="70"/>
    <w:rsid w:val="00cb0664"/>
    <w:rPr>
      <w:color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 w:sz="0" w:space="0"/>
          <w:left w:val="nil" w:sz="0" w:space="0"/>
          <w:bottom w:val="single" w:color="FFFFFF" w:themeColor="background1" w:sz="18" w:space="0"/>
          <w:right w:val="nil" w:sz="0" w:space="0"/>
          <w:insideH w:val="nil" w:sz="0" w:space="0"/>
          <w:insideV w:val="nil" w:sz="0" w:space="0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 w:sz="0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 w:sz="0" w:space="0"/>
          <w:left w:val="nil" w:sz="0" w:space="0"/>
          <w:bottom w:val="nil" w:sz="0" w:space="0"/>
          <w:right w:val="single" w:color="FFFFFF" w:themeColor="background1" w:sz="18" w:space="0"/>
          <w:insideH w:val="nil" w:sz="0" w:space="0"/>
          <w:insideV w:val="nil" w:sz="0" w:space="0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 w:sz="0" w:space="0"/>
          <w:left w:val="single" w:color="FFFFFF" w:themeColor="background1" w:sz="18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 w:sz="0" w:space="0"/>
          <w:left w:val="nil" w:sz="0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 w:sz="0" w:space="0"/>
          <w:left w:val="nil" w:sz="0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76923C" w:themeFill="accent3" w:themeFillShade="bf"/>
      </w:tcPr>
    </w:tblStylePr>
  </w:style>
  <w:style w:type="table" w:styleId="ListaEscura-nfase4">
    <w:name w:val="Dark List Accent 4"/>
    <w:basedOn w:val="Tabelanormal"/>
    <w:uiPriority w:val="70"/>
    <w:rsid w:val="00cb0664"/>
    <w:rPr>
      <w:color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 w:sz="0" w:space="0"/>
          <w:left w:val="nil" w:sz="0" w:space="0"/>
          <w:bottom w:val="single" w:color="FFFFFF" w:themeColor="background1" w:sz="18" w:space="0"/>
          <w:right w:val="nil" w:sz="0" w:space="0"/>
          <w:insideH w:val="nil" w:sz="0" w:space="0"/>
          <w:insideV w:val="nil" w:sz="0" w:space="0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 w:sz="0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 w:sz="0" w:space="0"/>
          <w:left w:val="nil" w:sz="0" w:space="0"/>
          <w:bottom w:val="nil" w:sz="0" w:space="0"/>
          <w:right w:val="single" w:color="FFFFFF" w:themeColor="background1" w:sz="18" w:space="0"/>
          <w:insideH w:val="nil" w:sz="0" w:space="0"/>
          <w:insideV w:val="nil" w:sz="0" w:space="0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 w:sz="0" w:space="0"/>
          <w:left w:val="single" w:color="FFFFFF" w:themeColor="background1" w:sz="18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 w:sz="0" w:space="0"/>
          <w:left w:val="nil" w:sz="0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 w:sz="0" w:space="0"/>
          <w:left w:val="nil" w:sz="0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5F497A" w:themeFill="accent4" w:themeFillShade="bf"/>
      </w:tcPr>
    </w:tblStylePr>
  </w:style>
  <w:style w:type="table" w:styleId="ListaEscura-nfase5">
    <w:name w:val="Dark List Accent 5"/>
    <w:basedOn w:val="Tabelanormal"/>
    <w:uiPriority w:val="70"/>
    <w:rsid w:val="00cb0664"/>
    <w:rPr>
      <w:color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 w:sz="0" w:space="0"/>
          <w:left w:val="nil" w:sz="0" w:space="0"/>
          <w:bottom w:val="single" w:color="FFFFFF" w:themeColor="background1" w:sz="18" w:space="0"/>
          <w:right w:val="nil" w:sz="0" w:space="0"/>
          <w:insideH w:val="nil" w:sz="0" w:space="0"/>
          <w:insideV w:val="nil" w:sz="0" w:space="0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 w:sz="0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 w:sz="0" w:space="0"/>
          <w:left w:val="nil" w:sz="0" w:space="0"/>
          <w:bottom w:val="nil" w:sz="0" w:space="0"/>
          <w:right w:val="single" w:color="FFFFFF" w:themeColor="background1" w:sz="18" w:space="0"/>
          <w:insideH w:val="nil" w:sz="0" w:space="0"/>
          <w:insideV w:val="nil" w:sz="0" w:space="0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 w:sz="0" w:space="0"/>
          <w:left w:val="single" w:color="FFFFFF" w:themeColor="background1" w:sz="18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 w:sz="0" w:space="0"/>
          <w:left w:val="nil" w:sz="0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 w:sz="0" w:space="0"/>
          <w:left w:val="nil" w:sz="0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31849B" w:themeFill="accent5" w:themeFillShade="bf"/>
      </w:tcPr>
    </w:tblStylePr>
  </w:style>
  <w:style w:type="table" w:styleId="ListaEscura-nfase6">
    <w:name w:val="Dark List Accent 6"/>
    <w:basedOn w:val="Tabelanormal"/>
    <w:uiPriority w:val="70"/>
    <w:rsid w:val="00cb0664"/>
    <w:rPr>
      <w:color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 w:sz="0" w:space="0"/>
          <w:left w:val="nil" w:sz="0" w:space="0"/>
          <w:bottom w:val="single" w:color="FFFFFF" w:themeColor="background1" w:sz="18" w:space="0"/>
          <w:right w:val="nil" w:sz="0" w:space="0"/>
          <w:insideH w:val="nil" w:sz="0" w:space="0"/>
          <w:insideV w:val="nil" w:sz="0" w:space="0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 w:sz="0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 w:sz="0" w:space="0"/>
          <w:left w:val="nil" w:sz="0" w:space="0"/>
          <w:bottom w:val="nil" w:sz="0" w:space="0"/>
          <w:right w:val="single" w:color="FFFFFF" w:themeColor="background1" w:sz="18" w:space="0"/>
          <w:insideH w:val="nil" w:sz="0" w:space="0"/>
          <w:insideV w:val="nil" w:sz="0" w:space="0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 w:sz="0" w:space="0"/>
          <w:left w:val="single" w:color="FFFFFF" w:themeColor="background1" w:sz="18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 w:sz="0" w:space="0"/>
          <w:left w:val="nil" w:sz="0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 w:sz="0" w:space="0"/>
          <w:left w:val="nil" w:sz="0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E36C0A" w:themeFill="accent6" w:themeFillShade="bf"/>
      </w:tcPr>
    </w:tblStylePr>
  </w:style>
  <w:style w:type="table" w:styleId="SombreamentoColorido">
    <w:name w:val="Colorful Shading"/>
    <w:basedOn w:val="Tabelanormal"/>
    <w:uiPriority w:val="71"/>
    <w:rsid w:val="00cb0664"/>
    <w:rPr>
      <w:color w:themeColor="text1"/>
    </w:rPr>
    <w:tblPr>
      <w:tblStyleRowBandSize w:val="1"/>
      <w:tblStyleColBandSize w:val="1"/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 w:sz="0" w:space="0"/>
          <w:left w:val="nil" w:sz="0" w:space="0"/>
          <w:bottom w:val="single" w:color="C0504D" w:themeColor="accent2" w:sz="24" w:space="0"/>
          <w:right w:val="nil" w:sz="0" w:space="0"/>
          <w:insideH w:val="nil" w:sz="0" w:space="0"/>
          <w:insideV w:val="nil" w:sz="0" w:space="0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themeColor="background1"/>
      </w:rPr>
      <w:tblPr/>
      <w:tcPr>
        <w:tcBorders>
          <w:top w:val="nil" w:sz="0" w:space="0"/>
          <w:left w:val="nil" w:sz="0" w:space="0"/>
          <w:bottom w:val="nil" w:sz="0" w:space="0"/>
          <w:right w:val="nil" w:sz="0" w:space="0"/>
          <w:insideH w:val="single" w:color="000000" w:themeColor="text1" w:sz="4" w:space="0"/>
          <w:insideV w:val="nil" w:sz="0" w:space="0"/>
        </w:tcBorders>
        <w:shd w:val="clear" w:color="auto" w:fill="000000" w:themeFill="text1" w:themeFillShade="99"/>
      </w:tcPr>
    </w:tblStylePr>
    <w:tblStylePr w:type="lastCol">
      <w:rPr>
        <w:color w:themeColor="background1"/>
      </w:rPr>
      <w:tblPr/>
      <w:tcPr>
        <w:tcBorders>
          <w:top w:val="nil" w:sz="0" w:space="0"/>
          <w:left w:val="nil" w:sz="0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SombreamentoEscuro-nfase1">
    <w:name w:val="Colorful Shading Accent 1"/>
    <w:basedOn w:val="Tabelanormal"/>
    <w:uiPriority w:val="71"/>
    <w:rsid w:val="00cb0664"/>
    <w:rPr>
      <w:color w:themeColor="text1"/>
    </w:rPr>
    <w:tblPr>
      <w:tblStyleRowBandSize w:val="1"/>
      <w:tblStyleColBandSize w:val="1"/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 w:sz="0" w:space="0"/>
          <w:left w:val="nil" w:sz="0" w:space="0"/>
          <w:bottom w:val="single" w:color="C0504D" w:themeColor="accent2" w:sz="24" w:space="0"/>
          <w:right w:val="nil" w:sz="0" w:space="0"/>
          <w:insideH w:val="nil" w:sz="0" w:space="0"/>
          <w:insideV w:val="nil" w:sz="0" w:space="0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2C4C74" w:themeFill="accent1" w:themeFillShade="99"/>
      </w:tcPr>
    </w:tblStylePr>
    <w:tblStylePr w:type="firstCol">
      <w:rPr>
        <w:color w:themeColor="background1"/>
      </w:rPr>
      <w:tblPr/>
      <w:tcPr>
        <w:tcBorders>
          <w:top w:val="nil" w:sz="0" w:space="0"/>
          <w:left w:val="nil" w:sz="0" w:space="0"/>
          <w:bottom w:val="nil" w:sz="0" w:space="0"/>
          <w:right w:val="nil" w:sz="0" w:space="0"/>
          <w:insideH w:val="single" w:color="4F81BD" w:themeColor="accent1" w:sz="4" w:space="0"/>
          <w:insideV w:val="nil" w:sz="0" w:space="0"/>
        </w:tcBorders>
        <w:shd w:val="clear" w:color="auto" w:fill="2C4C74" w:themeFill="accent1" w:themeFillShade="99"/>
      </w:tcPr>
    </w:tblStylePr>
    <w:tblStylePr w:type="lastCol">
      <w:rPr>
        <w:color w:themeColor="background1"/>
      </w:rPr>
      <w:tblPr/>
      <w:tcPr>
        <w:tcBorders>
          <w:top w:val="nil" w:sz="0" w:space="0"/>
          <w:left w:val="nil" w:sz="0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SombreamentoColorido-nfase2">
    <w:name w:val="Colorful Shading Accent 2"/>
    <w:basedOn w:val="Tabelanormal"/>
    <w:uiPriority w:val="71"/>
    <w:rsid w:val="00cb0664"/>
    <w:rPr>
      <w:color w:themeColor="text1"/>
    </w:rPr>
    <w:tblPr>
      <w:tblStyleRowBandSize w:val="1"/>
      <w:tblStyleColBandSize w:val="1"/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 w:sz="0" w:space="0"/>
          <w:left w:val="nil" w:sz="0" w:space="0"/>
          <w:bottom w:val="single" w:color="C0504D" w:themeColor="accent2" w:sz="24" w:space="0"/>
          <w:right w:val="nil" w:sz="0" w:space="0"/>
          <w:insideH w:val="nil" w:sz="0" w:space="0"/>
          <w:insideV w:val="nil" w:sz="0" w:space="0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themeColor="background1"/>
      </w:rPr>
      <w:tblPr/>
      <w:tcPr>
        <w:tcBorders>
          <w:top w:val="nil" w:sz="0" w:space="0"/>
          <w:left w:val="nil" w:sz="0" w:space="0"/>
          <w:bottom w:val="nil" w:sz="0" w:space="0"/>
          <w:right w:val="nil" w:sz="0" w:space="0"/>
          <w:insideH w:val="single" w:color="C0504D" w:themeColor="accent2" w:sz="4" w:space="0"/>
          <w:insideV w:val="nil" w:sz="0" w:space="0"/>
        </w:tcBorders>
        <w:shd w:val="clear" w:color="auto" w:fill="772C2A" w:themeFill="accent2" w:themeFillShade="99"/>
      </w:tcPr>
    </w:tblStylePr>
    <w:tblStylePr w:type="lastCol">
      <w:rPr>
        <w:color w:themeColor="background1"/>
      </w:rPr>
      <w:tblPr/>
      <w:tcPr>
        <w:tcBorders>
          <w:top w:val="nil" w:sz="0" w:space="0"/>
          <w:left w:val="nil" w:sz="0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SombreamentoColorido-nfase3">
    <w:name w:val="Colorful Shading Accent 3"/>
    <w:basedOn w:val="Tabelanormal"/>
    <w:uiPriority w:val="71"/>
    <w:rsid w:val="00cb0664"/>
    <w:rPr>
      <w:color w:themeColor="text1"/>
    </w:rPr>
    <w:tblPr>
      <w:tblStyleRowBandSize w:val="1"/>
      <w:tblStyleColBandSize w:val="1"/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 w:sz="0" w:space="0"/>
          <w:left w:val="nil" w:sz="0" w:space="0"/>
          <w:bottom w:val="single" w:color="8064A2" w:themeColor="accent4" w:sz="24" w:space="0"/>
          <w:right w:val="nil" w:sz="0" w:space="0"/>
          <w:insideH w:val="nil" w:sz="0" w:space="0"/>
          <w:insideV w:val="nil" w:sz="0" w:space="0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themeColor="background1"/>
      </w:rPr>
      <w:tblPr/>
      <w:tcPr>
        <w:tcBorders>
          <w:top w:val="nil" w:sz="0" w:space="0"/>
          <w:left w:val="nil" w:sz="0" w:space="0"/>
          <w:bottom w:val="nil" w:sz="0" w:space="0"/>
          <w:right w:val="nil" w:sz="0" w:space="0"/>
          <w:insideH w:val="single" w:color="9BBB59" w:themeColor="accent3" w:sz="4" w:space="0"/>
          <w:insideV w:val="nil" w:sz="0" w:space="0"/>
        </w:tcBorders>
        <w:shd w:val="clear" w:color="auto" w:fill="5E7530" w:themeFill="accent3" w:themeFillShade="99"/>
      </w:tcPr>
    </w:tblStylePr>
    <w:tblStylePr w:type="lastCol">
      <w:rPr>
        <w:color w:themeColor="background1"/>
      </w:rPr>
      <w:tblPr/>
      <w:tcPr>
        <w:tcBorders>
          <w:top w:val="nil" w:sz="0" w:space="0"/>
          <w:left w:val="nil" w:sz="0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mentoColorido-nfase4">
    <w:name w:val="Colorful Shading Accent 4"/>
    <w:basedOn w:val="Tabelanormal"/>
    <w:uiPriority w:val="71"/>
    <w:rsid w:val="00cb0664"/>
    <w:rPr>
      <w:color w:themeColor="text1"/>
    </w:rPr>
    <w:tblPr>
      <w:tblStyleRowBandSize w:val="1"/>
      <w:tblStyleColBandSize w:val="1"/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 w:sz="0" w:space="0"/>
          <w:left w:val="nil" w:sz="0" w:space="0"/>
          <w:bottom w:val="single" w:color="9BBB59" w:themeColor="accent3" w:sz="24" w:space="0"/>
          <w:right w:val="nil" w:sz="0" w:space="0"/>
          <w:insideH w:val="nil" w:sz="0" w:space="0"/>
          <w:insideV w:val="nil" w:sz="0" w:space="0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4C3B62" w:themeFill="accent4" w:themeFillShade="99"/>
      </w:tcPr>
    </w:tblStylePr>
    <w:tblStylePr w:type="firstCol">
      <w:rPr>
        <w:color w:themeColor="background1"/>
      </w:rPr>
      <w:tblPr/>
      <w:tcPr>
        <w:tcBorders>
          <w:top w:val="nil" w:sz="0" w:space="0"/>
          <w:left w:val="nil" w:sz="0" w:space="0"/>
          <w:bottom w:val="nil" w:sz="0" w:space="0"/>
          <w:right w:val="nil" w:sz="0" w:space="0"/>
          <w:insideH w:val="single" w:color="8064A2" w:themeColor="accent4" w:sz="4" w:space="0"/>
          <w:insideV w:val="nil" w:sz="0" w:space="0"/>
        </w:tcBorders>
        <w:shd w:val="clear" w:color="auto" w:fill="4C3B62" w:themeFill="accent4" w:themeFillShade="99"/>
      </w:tcPr>
    </w:tblStylePr>
    <w:tblStylePr w:type="lastCol">
      <w:rPr>
        <w:color w:themeColor="background1"/>
      </w:rPr>
      <w:tblPr/>
      <w:tcPr>
        <w:tcBorders>
          <w:top w:val="nil" w:sz="0" w:space="0"/>
          <w:left w:val="nil" w:sz="0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SombreamentoColorido-nfase5">
    <w:name w:val="Colorful Shading Accent 5"/>
    <w:basedOn w:val="Tabelanormal"/>
    <w:uiPriority w:val="71"/>
    <w:rsid w:val="00cb0664"/>
    <w:rPr>
      <w:color w:themeColor="text1"/>
    </w:rPr>
    <w:tblPr>
      <w:tblStyleRowBandSize w:val="1"/>
      <w:tblStyleColBandSize w:val="1"/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 w:sz="0" w:space="0"/>
          <w:left w:val="nil" w:sz="0" w:space="0"/>
          <w:bottom w:val="single" w:color="F79646" w:themeColor="accent6" w:sz="24" w:space="0"/>
          <w:right w:val="nil" w:sz="0" w:space="0"/>
          <w:insideH w:val="nil" w:sz="0" w:space="0"/>
          <w:insideV w:val="nil" w:sz="0" w:space="0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themeColor="background1"/>
      </w:rPr>
      <w:tblPr/>
      <w:tcPr>
        <w:tcBorders>
          <w:top w:val="nil" w:sz="0" w:space="0"/>
          <w:left w:val="nil" w:sz="0" w:space="0"/>
          <w:bottom w:val="nil" w:sz="0" w:space="0"/>
          <w:right w:val="nil" w:sz="0" w:space="0"/>
          <w:insideH w:val="single" w:color="4BACC6" w:themeColor="accent5" w:sz="4" w:space="0"/>
          <w:insideV w:val="nil" w:sz="0" w:space="0"/>
        </w:tcBorders>
        <w:shd w:val="clear" w:color="auto" w:fill="276A7C" w:themeFill="accent5" w:themeFillShade="99"/>
      </w:tcPr>
    </w:tblStylePr>
    <w:tblStylePr w:type="lastCol">
      <w:rPr>
        <w:color w:themeColor="background1"/>
      </w:rPr>
      <w:tblPr/>
      <w:tcPr>
        <w:tcBorders>
          <w:top w:val="nil" w:sz="0" w:space="0"/>
          <w:left w:val="nil" w:sz="0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SombreamentoColorido-nfase6">
    <w:name w:val="Colorful Shading Accent 6"/>
    <w:basedOn w:val="Tabelanormal"/>
    <w:uiPriority w:val="71"/>
    <w:rsid w:val="00cb0664"/>
    <w:rPr>
      <w:color w:themeColor="text1"/>
    </w:rPr>
    <w:tblPr>
      <w:tblStyleRowBandSize w:val="1"/>
      <w:tblStyleColBandSize w:val="1"/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 w:sz="0" w:space="0"/>
          <w:left w:val="nil" w:sz="0" w:space="0"/>
          <w:bottom w:val="single" w:color="4BACC6" w:themeColor="accent5" w:sz="24" w:space="0"/>
          <w:right w:val="nil" w:sz="0" w:space="0"/>
          <w:insideH w:val="nil" w:sz="0" w:space="0"/>
          <w:insideV w:val="nil" w:sz="0" w:space="0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B65608" w:themeFill="accent6" w:themeFillShade="99"/>
      </w:tcPr>
    </w:tblStylePr>
    <w:tblStylePr w:type="firstCol">
      <w:rPr>
        <w:color w:themeColor="background1"/>
      </w:rPr>
      <w:tblPr/>
      <w:tcPr>
        <w:tcBorders>
          <w:top w:val="nil" w:sz="0" w:space="0"/>
          <w:left w:val="nil" w:sz="0" w:space="0"/>
          <w:bottom w:val="nil" w:sz="0" w:space="0"/>
          <w:right w:val="nil" w:sz="0" w:space="0"/>
          <w:insideH w:val="single" w:color="F79646" w:themeColor="accent6" w:sz="4" w:space="0"/>
          <w:insideV w:val="nil" w:sz="0" w:space="0"/>
        </w:tcBorders>
        <w:shd w:val="clear" w:color="auto" w:fill="B65608" w:themeFill="accent6" w:themeFillShade="99"/>
      </w:tcPr>
    </w:tblStylePr>
    <w:tblStylePr w:type="lastCol">
      <w:rPr>
        <w:color w:themeColor="background1"/>
      </w:rPr>
      <w:tblPr/>
      <w:tcPr>
        <w:tcBorders>
          <w:top w:val="nil" w:sz="0" w:space="0"/>
          <w:left w:val="nil" w:sz="0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ListaColorida">
    <w:name w:val="Colorful List"/>
    <w:basedOn w:val="Tabelanormal"/>
    <w:uiPriority w:val="72"/>
    <w:rsid w:val="00cb0664"/>
    <w:rPr>
      <w:color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 w:sz="0" w:space="0"/>
          <w:left w:val="nil" w:sz="0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Colorida-nfase1">
    <w:name w:val="Colorful List Accent 1"/>
    <w:basedOn w:val="Tabelanormal"/>
    <w:uiPriority w:val="72"/>
    <w:rsid w:val="00cb0664"/>
    <w:rPr>
      <w:color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 w:sz="0" w:space="0"/>
          <w:left w:val="nil" w:sz="0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Colorida-nfase2">
    <w:name w:val="Colorful List Accent 2"/>
    <w:basedOn w:val="Tabelanormal"/>
    <w:uiPriority w:val="72"/>
    <w:rsid w:val="00cb0664"/>
    <w:rPr>
      <w:color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 w:sz="0" w:space="0"/>
          <w:left w:val="nil" w:sz="0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Colorida-nfase3">
    <w:name w:val="Colorful List Accent 3"/>
    <w:basedOn w:val="Tabelanormal"/>
    <w:uiPriority w:val="72"/>
    <w:rsid w:val="00cb0664"/>
    <w:rPr>
      <w:color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 w:sz="0" w:space="0"/>
          <w:left w:val="nil" w:sz="0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Colorida-nfase4">
    <w:name w:val="Colorful List Accent 4"/>
    <w:basedOn w:val="Tabelanormal"/>
    <w:uiPriority w:val="72"/>
    <w:rsid w:val="00cb0664"/>
    <w:rPr>
      <w:color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 w:sz="0" w:space="0"/>
          <w:left w:val="nil" w:sz="0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Colorida-nfase5">
    <w:name w:val="Colorful List Accent 5"/>
    <w:basedOn w:val="Tabelanormal"/>
    <w:uiPriority w:val="72"/>
    <w:rsid w:val="00cb0664"/>
    <w:rPr>
      <w:color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F2730A" w:themeFill="accent6" w:themeFillShade="cc"/>
      </w:tcPr>
    </w:tblStylePr>
    <w:tblStylePr w:type="lastRow">
      <w:rPr>
        <w:b/>
        <w:bCs/>
        <w:color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 w:sz="0" w:space="0"/>
          <w:left w:val="nil" w:sz="0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Colorida-nfase6">
    <w:name w:val="Colorful List Accent 6"/>
    <w:basedOn w:val="Tabelanormal"/>
    <w:uiPriority w:val="72"/>
    <w:rsid w:val="00cb0664"/>
    <w:rPr>
      <w:color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 w:sz="0" w:space="0"/>
          <w:left w:val="nil" w:sz="0" w:space="0"/>
          <w:bottom w:val="nil" w:sz="0" w:space="0"/>
          <w:right w:val="nil" w:sz="0" w:space="0"/>
          <w:insideH w:val="nil" w:sz="0" w:space="0"/>
          <w:insideV w:val="nil" w:sz="0" w:space="0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adeColorida">
    <w:name w:val="Colorful Grid"/>
    <w:basedOn w:val="Tabelanormal"/>
    <w:uiPriority w:val="73"/>
    <w:rsid w:val="00cb0664"/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Colorida-nfase1">
    <w:name w:val="Colorful Grid Accent 1"/>
    <w:basedOn w:val="Tabelanormal"/>
    <w:uiPriority w:val="73"/>
    <w:rsid w:val="00cb0664"/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Colorida-nfase2">
    <w:name w:val="Colorful Grid Accent 2"/>
    <w:basedOn w:val="Tabelanormal"/>
    <w:uiPriority w:val="73"/>
    <w:rsid w:val="00cb0664"/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Colorida-nfase3">
    <w:name w:val="Colorful Grid Accent 3"/>
    <w:basedOn w:val="Tabelanormal"/>
    <w:uiPriority w:val="73"/>
    <w:rsid w:val="00cb0664"/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Colorida-nfase4">
    <w:name w:val="Colorful Grid Accent 4"/>
    <w:basedOn w:val="Tabelanormal"/>
    <w:uiPriority w:val="73"/>
    <w:rsid w:val="00cb0664"/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Colorida-nfase5">
    <w:name w:val="Colorful Grid Accent 5"/>
    <w:basedOn w:val="Tabelanormal"/>
    <w:uiPriority w:val="73"/>
    <w:rsid w:val="00cb0664"/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Colorida-nfase6">
    <w:name w:val="Colorful Grid Accent 6"/>
    <w:basedOn w:val="Tabelanormal"/>
    <w:uiPriority w:val="73"/>
    <w:rsid w:val="00cb0664"/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<Relationship Id="rId11" Type="http://schemas.openxmlformats.org/officeDocument/2006/relationships/customXml" Target="../customXml/item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hJ9Hr0Pu1c0t3xdB/bLX91qQOTcw==">CgMxLjAyDmgubjdkYjVkZXhwb2VrOAByITFDOEZjclVPWUstVHhzZnhSVTVld2NRTjFvYnJnYlZ2Ug==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LibreOffice/25.2.5.2$Windows_X86_64 LibreOffice_project/03d19516eb2e1dd5d4ccd751a0d6f35f35e08022</Application>
  <AppVersion>15.0000</AppVersion>
  <Pages>1</Pages>
  <Words>75</Words>
  <Characters>534</Characters>
  <CharactersWithSpaces>604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2025-09-16T21:07:00Z</dcterms:created>
  <dc:creator>python-docx</dc:creator>
  <dc:description/>
  <dc:language>pt-BR</dc:language>
  <cp:lastModifiedBy/>
  <dcterms:modified xsi:type="dcterms:W3CDTF">2025-10-22T15:09:58Z</dcterms:modified>
  <cp:revision>1</cp:revision>
  <dc:subject/>
  <dc:title/>
</cp:coreProperties>
</file>